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Simulado SARESP 2026</w:t>
      </w:r>
    </w:p>
    <w:p>
      <w:pPr>
        <w:pStyle w:val="Heading1"/>
      </w:pPr>
      <w:r>
        <w:t>Matemática</w:t>
      </w:r>
    </w:p>
    <w:p>
      <w:r>
        <w:t>7º ano do Ensino Fundamental | 2º dia | 20 questões</w:t>
      </w:r>
    </w:p>
    <w:p>
      <w:r>
        <w:t>Nome: __________________________________________________  Turma: ______</w:t>
      </w:r>
    </w:p>
    <w:p>
      <w:r>
        <w:t>Data: ____ / ____ / ______</w:t>
      </w:r>
    </w:p>
    <w:p>
      <w:pPr>
        <w:pStyle w:val="Heading2"/>
      </w:pPr>
      <w:r>
        <w:t>Questão 01</w:t>
      </w:r>
    </w:p>
    <w:p>
      <w:pPr>
        <w:keepLines/>
      </w:pPr>
      <w:r>
        <w:t>Um artesão comprou dois rolos de fitas: um com 80</w:t>
      </w:r>
    </w:p>
    <w:p>
      <w:pPr>
        <w:keepLines/>
      </w:pPr>
      <w:r>
        <w:t>metros e outro com 136 metros. Ele pretende cortar as fitas em pedaços de mesmo comprimento, sem sobras, utilizando o maior tamanho possível para esses pedaços. Qual deve ser o comprimento de cada pedaço de fita para que os dois rolos sejam totalmente utilizados?</w:t>
      </w:r>
    </w:p>
    <w:p>
      <w:pPr>
        <w:keepLines/>
        <w:ind w:left="85"/>
      </w:pPr>
      <w:r>
        <w:t>(A) 16 metros</w:t>
      </w:r>
    </w:p>
    <w:p>
      <w:pPr>
        <w:keepLines/>
        <w:ind w:left="85"/>
      </w:pPr>
      <w:r>
        <w:t>(B) 35 metros</w:t>
      </w:r>
    </w:p>
    <w:p>
      <w:pPr>
        <w:keepLines/>
        <w:ind w:left="85"/>
      </w:pPr>
      <w:r>
        <w:t>(C) 8 metros</w:t>
      </w:r>
    </w:p>
    <w:p>
      <w:pPr>
        <w:keepLines/>
        <w:ind w:left="85"/>
      </w:pPr>
      <w:r>
        <w:t>(D) 10 metros</w:t>
      </w:r>
    </w:p>
    <w:p>
      <w:pPr>
        <w:pStyle w:val="Heading2"/>
      </w:pPr>
      <w:r>
        <w:t>Questão 02</w:t>
      </w:r>
    </w:p>
    <w:p>
      <w:pPr>
        <w:keepLines/>
      </w:pPr>
      <w:r>
        <w:t>Um losango foi decomposto em quatro triângulos idênticos. Se cada um desses triângulos tem 3 cm² de área, qual é a área total do losango?</w:t>
      </w:r>
    </w:p>
    <w:p>
      <w:pPr>
        <w:keepLines/>
        <w:ind w:left="85"/>
      </w:pPr>
      <w:r>
        <w:t>(A) 6 cm².</w:t>
      </w:r>
    </w:p>
    <w:p>
      <w:pPr>
        <w:keepLines/>
        <w:ind w:left="85"/>
      </w:pPr>
      <w:r>
        <w:t>(B) 9 cm².</w:t>
      </w:r>
    </w:p>
    <w:p>
      <w:pPr>
        <w:keepLines/>
        <w:ind w:left="85"/>
      </w:pPr>
      <w:r>
        <w:t>(C) 12 cm².</w:t>
      </w:r>
    </w:p>
    <w:p>
      <w:pPr>
        <w:keepLines/>
        <w:ind w:left="85"/>
      </w:pPr>
      <w:r>
        <w:t>(D) 15 cm².</w:t>
      </w:r>
    </w:p>
    <w:p>
      <w:pPr>
        <w:pStyle w:val="Heading2"/>
      </w:pPr>
      <w:r>
        <w:t>Questão 03</w:t>
      </w:r>
    </w:p>
    <w:p>
      <w:pPr>
        <w:keepLines/>
      </w:pPr>
      <w:r>
        <w:t>Numa biblioteca, uma estante tem prateleiras numeradas. Na 1a prateleira cabem 11 livros, na 2a cabem 14 livros, na 3a cabem 17 livros e assim por diante, seguindo o mesmo padrão. Determine uma expressão algébrica que represente o número de livros que cabem na prateleira. Em seguida, assinale a alternativa que indica quantos livros cabem na 20a prateleira.</w:t>
      </w:r>
    </w:p>
    <w:p>
      <w:pPr>
        <w:keepLines/>
        <w:ind w:left="85"/>
      </w:pPr>
      <w:r>
        <w:t>(A) 68</w:t>
      </w:r>
    </w:p>
    <w:p>
      <w:pPr>
        <w:keepLines/>
        <w:ind w:left="85"/>
      </w:pPr>
      <w:r>
        <w:t>(B) 69</w:t>
      </w:r>
    </w:p>
    <w:p>
      <w:pPr>
        <w:keepLines/>
        <w:ind w:left="85"/>
      </w:pPr>
      <w:r>
        <w:t>(C) 70</w:t>
      </w:r>
    </w:p>
    <w:p>
      <w:pPr>
        <w:keepLines/>
        <w:ind w:left="85"/>
      </w:pPr>
      <w:r>
        <w:t>(D) 71</w:t>
      </w:r>
    </w:p>
    <w:p>
      <w:pPr>
        <w:pStyle w:val="Heading2"/>
      </w:pPr>
      <w:r>
        <w:t>Questão 04</w:t>
      </w:r>
    </w:p>
    <w:p>
      <w:pPr>
        <w:keepLines/>
      </w:pPr>
      <w:r>
        <w:t>Um atleta correu 2,35 km pela manhã e 1,8 km à tarde. Qual foi a distância total percorrida no dia?</w:t>
      </w:r>
    </w:p>
    <w:p>
      <w:pPr>
        <w:keepLines/>
        <w:ind w:left="85"/>
      </w:pPr>
      <w:r>
        <w:t>(A) 3,95 km.</w:t>
      </w:r>
    </w:p>
    <w:p>
      <w:pPr>
        <w:keepLines/>
        <w:ind w:left="85"/>
      </w:pPr>
      <w:r>
        <w:t>(B) 4,15 km.</w:t>
      </w:r>
    </w:p>
    <w:p>
      <w:pPr>
        <w:keepLines/>
        <w:ind w:left="85"/>
      </w:pPr>
      <w:r>
        <w:t>(C) 4,25 km.</w:t>
      </w:r>
    </w:p>
    <w:p>
      <w:pPr>
        <w:keepLines/>
        <w:ind w:left="85"/>
      </w:pPr>
      <w:r>
        <w:t>(D) 5,05 km.</w:t>
      </w:r>
    </w:p>
    <w:p>
      <w:pPr>
        <w:pStyle w:val="Heading2"/>
      </w:pPr>
      <w:r>
        <w:t>Questão 05</w:t>
      </w:r>
    </w:p>
    <w:p>
      <w:pPr>
        <w:keepLines/>
      </w:pPr>
      <w:r>
        <w:t>Observe as situações a seguir.</w:t>
      </w:r>
    </w:p>
    <w:p>
      <w:pPr>
        <w:keepLines/>
      </w:pPr>
      <w:r>
        <w:t>l. Quantidade de camisetas compradas e valor total a pagar, considerando preço unitário fixo.</w:t>
      </w:r>
    </w:p>
    <w:p>
      <w:pPr>
        <w:keepLines/>
      </w:pPr>
      <w:r>
        <w:t>II. Número de caixas usadas para guardar 48 livros e quantidade de livros colocados em cada caixa, distribuídos igualmente.</w:t>
      </w:r>
    </w:p>
    <w:p>
      <w:pPr>
        <w:keepLines/>
      </w:pPr>
      <w:r>
        <w:t>III. Idade de uma pessoa e número do calçado que ela</w:t>
      </w:r>
    </w:p>
    <w:p>
      <w:pPr>
        <w:keepLines/>
      </w:pPr>
      <w:r>
        <w:t>usa.</w:t>
      </w:r>
    </w:p>
    <w:p>
      <w:pPr>
        <w:keepLines/>
      </w:pPr>
      <w:r>
        <w:t>Assinale a alternativa que classifica corretamente cada</w:t>
      </w:r>
    </w:p>
    <w:p>
      <w:pPr>
        <w:keepLines/>
      </w:pPr>
      <w:r>
        <w:t>relação.</w:t>
      </w:r>
    </w:p>
    <w:p>
      <w:pPr>
        <w:keepLines/>
        <w:ind w:left="85"/>
      </w:pPr>
      <w:r>
        <w:t>(A) I não proporcional; II inversamente proporcional; III diretamente proporcional.</w:t>
      </w:r>
    </w:p>
    <w:p>
      <w:pPr>
        <w:keepLines/>
        <w:ind w:left="85"/>
      </w:pPr>
      <w:r>
        <w:t>(B) I inversamente proporcional; II diretamente proporcional; III não proporcional.</w:t>
      </w:r>
    </w:p>
    <w:p>
      <w:pPr>
        <w:keepLines/>
        <w:ind w:left="85"/>
      </w:pPr>
      <w:r>
        <w:t>(C) I diretamente proporcional; II não proporcional; III inversamente proporcional.</w:t>
      </w:r>
    </w:p>
    <w:p>
      <w:pPr>
        <w:keepLines/>
        <w:ind w:left="85"/>
      </w:pPr>
      <w:r>
        <w:t>(D) I diretamente proporcional; II inversamente proporcional; III não proporcional.</w:t>
      </w:r>
    </w:p>
    <w:p>
      <w:pPr>
        <w:pStyle w:val="Heading2"/>
      </w:pPr>
      <w:r>
        <w:t>Questão 06</w:t>
      </w:r>
    </w:p>
    <w:p>
      <w:pPr>
        <w:keepLines/>
      </w:pPr>
      <w:r>
        <w:t>Uma das diagonais de um quadrado tem extremidades A(1, 1) e C(3, 3). As coordenadas dos outros dois vértices são:</w:t>
      </w:r>
    </w:p>
    <w:p>
      <w:pPr>
        <w:keepLines/>
        <w:ind w:left="85"/>
      </w:pPr>
      <w:r>
        <w:t>(A) (2, 3) e (3, 2).</w:t>
      </w:r>
    </w:p>
    <w:p>
      <w:pPr>
        <w:keepLines/>
        <w:ind w:left="85"/>
      </w:pPr>
      <w:r>
        <w:t>(B) (3, 1) e (1, 3).</w:t>
      </w:r>
    </w:p>
    <w:p>
      <w:pPr>
        <w:keepLines/>
        <w:ind w:left="85"/>
      </w:pPr>
      <w:r>
        <w:t>(C) (3, 0) e (1, 4).</w:t>
      </w:r>
    </w:p>
    <w:p>
      <w:pPr>
        <w:keepLines/>
        <w:ind w:left="85"/>
      </w:pPr>
      <w:r>
        <w:t>(D) (5, 2) e (4, 1).</w:t>
      </w:r>
    </w:p>
    <w:p>
      <w:pPr>
        <w:pStyle w:val="Heading2"/>
      </w:pPr>
      <w:r>
        <w:t>Questão 07</w:t>
      </w:r>
    </w:p>
    <w:p>
      <w:pPr>
        <w:keepLines/>
      </w:pPr>
      <w:r>
        <w:t>Um triângulo tem área igual a 54 m². A altura mede 9 metros e a medida da base é x metros. Qual é o valor de x?</w:t>
      </w:r>
    </w:p>
    <w:p>
      <w:pPr>
        <w:keepLines/>
        <w:ind w:left="85"/>
      </w:pPr>
      <w:r>
        <w:t>(A) 6</w:t>
      </w:r>
    </w:p>
    <w:p>
      <w:pPr>
        <w:keepLines/>
        <w:ind w:left="85"/>
      </w:pPr>
      <w:r>
        <w:t>(B) 9</w:t>
      </w:r>
    </w:p>
    <w:p>
      <w:pPr>
        <w:keepLines/>
        <w:ind w:left="85"/>
      </w:pPr>
      <w:r>
        <w:t>(C) 12</w:t>
      </w:r>
    </w:p>
    <w:p>
      <w:pPr>
        <w:keepLines/>
        <w:ind w:left="85"/>
      </w:pPr>
      <w:r>
        <w:t>(D) 15</w:t>
      </w:r>
    </w:p>
    <w:p>
      <w:pPr>
        <w:pStyle w:val="Heading2"/>
      </w:pPr>
      <w:r>
        <w:t>Questão 08</w:t>
      </w:r>
    </w:p>
    <w:p>
      <w:pPr>
        <w:keepLines/>
      </w:pPr>
      <w:r>
        <w:t>Em um triângulo, dois ângulos internos medem 58° e 47°. A medida do terceiro ângulo é:</w:t>
      </w:r>
    </w:p>
    <w:p>
      <w:pPr>
        <w:keepLines/>
        <w:ind w:left="85"/>
      </w:pPr>
      <w:r>
        <w:t>(A) 55°</w:t>
      </w:r>
    </w:p>
    <w:p>
      <w:pPr>
        <w:keepLines/>
        <w:ind w:left="85"/>
      </w:pPr>
      <w:r>
        <w:t>(B) 65°</w:t>
      </w:r>
    </w:p>
    <w:p>
      <w:pPr>
        <w:keepLines/>
        <w:ind w:left="85"/>
      </w:pPr>
      <w:r>
        <w:t>(C) 75°</w:t>
      </w:r>
    </w:p>
    <w:p>
      <w:pPr>
        <w:keepLines/>
        <w:ind w:left="85"/>
      </w:pPr>
      <w:r>
        <w:t>(D) 95°</w:t>
      </w:r>
    </w:p>
    <w:p>
      <w:pPr>
        <w:pStyle w:val="Heading2"/>
      </w:pPr>
      <w:r>
        <w:t>Questão 09</w:t>
      </w:r>
    </w:p>
    <w:p>
      <w:pPr>
        <w:keepLines/>
      </w:pPr>
      <w:r>
        <w:t>A distância entre a casa de Sofia e a escola é de 1 km.</w:t>
      </w:r>
    </w:p>
    <w:p>
      <w:pPr>
        <w:keepLines/>
      </w:pPr>
      <w:r>
        <w:t>No caminho, há uma série de placas que indicam a distância percorrida. Sofia saiu de casa e parou para amarrar o cadarço na posição indicada pela seta na imagem.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8137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09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8137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Qual distância ainda falta para Sofia chegar até a escola?</w:t>
      </w:r>
    </w:p>
    <w:p>
      <w:pPr>
        <w:keepLines/>
        <w:ind w:left="85"/>
      </w:pPr>
      <w:r>
        <w:t>(A) 0,4 km.</w:t>
      </w:r>
    </w:p>
    <w:p>
      <w:pPr>
        <w:keepLines/>
        <w:ind w:left="85"/>
      </w:pPr>
      <w:r>
        <w:t>(B) 0,6 km.</w:t>
      </w:r>
    </w:p>
    <w:p>
      <w:pPr>
        <w:keepLines/>
        <w:ind w:left="85"/>
      </w:pPr>
      <w:r>
        <w:t>(C) 0,7 km.</w:t>
      </w:r>
    </w:p>
    <w:p>
      <w:pPr>
        <w:keepLines/>
        <w:ind w:left="85"/>
      </w:pPr>
      <w:r>
        <w:t>(D) 0,9 km.</w:t>
      </w:r>
    </w:p>
    <w:p>
      <w:pPr>
        <w:pStyle w:val="Heading2"/>
      </w:pPr>
      <w:r>
        <w:t>Questão 10</w:t>
      </w:r>
    </w:p>
    <w:p>
      <w:pPr>
        <w:keepLines/>
      </w:pPr>
      <w:r>
        <w:t>Uma empresa distribuiu um bônus entre seus</w:t>
      </w:r>
    </w:p>
    <w:p>
      <w:pPr>
        <w:keepLines/>
      </w:pPr>
      <w:r>
        <w:t>funcionários. Cada funcionário recebeu quatro quintos de um valor x, além de R$ 200,00 fixos. Sabendo que o valor total pago a 3 funcionários foi R$ 1 500,00, determine o valor de x.</w:t>
      </w:r>
    </w:p>
    <w:p>
      <w:pPr>
        <w:keepLines/>
        <w:ind w:left="85"/>
      </w:pPr>
      <w:r>
        <w:t>(A) R$ 300,00</w:t>
      </w:r>
    </w:p>
    <w:p>
      <w:pPr>
        <w:keepLines/>
        <w:ind w:left="85"/>
      </w:pPr>
      <w:r>
        <w:t>(B) R$ 375,00</w:t>
      </w:r>
    </w:p>
    <w:p>
      <w:pPr>
        <w:keepLines/>
        <w:ind w:left="85"/>
      </w:pPr>
      <w:r>
        <w:t>(C) R$ 400,00</w:t>
      </w:r>
    </w:p>
    <w:p>
      <w:pPr>
        <w:keepLines/>
        <w:ind w:left="85"/>
      </w:pPr>
      <w:r>
        <w:t>(D) R$ 450,00</w:t>
      </w:r>
    </w:p>
    <w:p>
      <w:pPr>
        <w:pStyle w:val="Heading2"/>
      </w:pPr>
      <w:r>
        <w:t>Questão 11</w:t>
      </w:r>
    </w:p>
    <w:p>
      <w:pPr>
        <w:keepLines/>
      </w:pPr>
      <w:r>
        <w:t>Uma escola organizou uma campanha de arrecadação de livros. A meta era arrecadar 600 livros. Na primeira semana, conseguiu 25% da meta. Na segunda semana, arrecadou 40% do que ainda faltava. Quantos livros ainda</w:t>
      </w:r>
    </w:p>
    <w:p>
      <w:pPr>
        <w:keepLines/>
      </w:pPr>
      <w:r>
        <w:t>faltaram arrecadar ao final da segunda semana?</w:t>
      </w:r>
    </w:p>
    <w:p>
      <w:pPr>
        <w:keepLines/>
        <w:ind w:left="85"/>
      </w:pPr>
      <w:r>
        <w:t>(A) 270</w:t>
      </w:r>
    </w:p>
    <w:p>
      <w:pPr>
        <w:keepLines/>
        <w:ind w:left="85"/>
      </w:pPr>
      <w:r>
        <w:t>(B) 300</w:t>
      </w:r>
    </w:p>
    <w:p>
      <w:pPr>
        <w:keepLines/>
        <w:ind w:left="85"/>
      </w:pPr>
      <w:r>
        <w:t>(C) 330</w:t>
      </w:r>
    </w:p>
    <w:p>
      <w:pPr>
        <w:keepLines/>
        <w:ind w:left="85"/>
      </w:pPr>
      <w:r>
        <w:t>(D) 360</w:t>
      </w:r>
    </w:p>
    <w:p>
      <w:pPr>
        <w:pStyle w:val="Heading2"/>
      </w:pPr>
      <w:r>
        <w:t>Questão 12</w:t>
      </w:r>
    </w:p>
    <w:p>
      <w:pPr>
        <w:keepLines/>
      </w:pPr>
      <w:r>
        <w:t>Em um triângulo ABC, o ângulo interno A mede 60°. O ângulo interno B é o quádruplo do ângulo interno C. A medida do ângulo C é:</w:t>
      </w:r>
    </w:p>
    <w:p>
      <w:pPr>
        <w:keepLines/>
        <w:ind w:left="85"/>
      </w:pPr>
      <w:r>
        <w:t>(A) 15°</w:t>
      </w:r>
    </w:p>
    <w:p>
      <w:pPr>
        <w:keepLines/>
        <w:ind w:left="85"/>
      </w:pPr>
      <w:r>
        <w:t>(B) 20°</w:t>
      </w:r>
    </w:p>
    <w:p>
      <w:pPr>
        <w:keepLines/>
        <w:ind w:left="85"/>
      </w:pPr>
      <w:r>
        <w:t>(C) 24°</w:t>
      </w:r>
    </w:p>
    <w:p>
      <w:pPr>
        <w:keepLines/>
        <w:ind w:left="85"/>
      </w:pPr>
      <w:r>
        <w:t>(D) 30°</w:t>
      </w:r>
    </w:p>
    <w:p>
      <w:pPr>
        <w:pStyle w:val="Heading2"/>
      </w:pPr>
      <w:r>
        <w:t>Questão 13</w:t>
      </w:r>
    </w:p>
    <w:p>
      <w:pPr>
        <w:keepLines/>
      </w:pPr>
      <w:r>
        <w:t>Um canteiro retangular foi desenhado no plano cartesiano com vértices:</w:t>
      </w:r>
    </w:p>
    <w:p>
      <w:pPr>
        <w:keepLines/>
      </w:pPr>
      <w:r>
        <w:t>A(1, 1), B(1, 5), C(9, 5) e D(9, 1). Para cobri-lo com placas de 1 m² cada, serão necessárias:</w:t>
      </w:r>
    </w:p>
    <w:p>
      <w:pPr>
        <w:keepLines/>
        <w:ind w:left="85"/>
      </w:pPr>
      <w:r>
        <w:t>(A) 24 placas.</w:t>
      </w:r>
    </w:p>
    <w:p>
      <w:pPr>
        <w:keepLines/>
        <w:ind w:left="85"/>
      </w:pPr>
      <w:r>
        <w:t>(B) 28 placas.</w:t>
      </w:r>
    </w:p>
    <w:p>
      <w:pPr>
        <w:keepLines/>
        <w:ind w:left="85"/>
      </w:pPr>
      <w:r>
        <w:t>(C) 32 placas.</w:t>
      </w:r>
    </w:p>
    <w:p>
      <w:pPr>
        <w:keepLines/>
        <w:ind w:left="85"/>
      </w:pPr>
      <w:r>
        <w:t>(D) 36 placas.</w:t>
      </w:r>
    </w:p>
    <w:p>
      <w:pPr>
        <w:pStyle w:val="Heading2"/>
      </w:pPr>
      <w:r>
        <w:t>Questão 14</w:t>
      </w:r>
    </w:p>
    <w:p>
      <w:pPr>
        <w:keepLines/>
      </w:pPr>
      <w:r>
        <w:t>Dois ângulos são complementares. Um deles mede 35°. Qual é a medida do outro?</w:t>
      </w:r>
    </w:p>
    <w:p>
      <w:pPr>
        <w:keepLines/>
        <w:ind w:left="85"/>
      </w:pPr>
      <w:r>
        <w:t>(A) 45°</w:t>
      </w:r>
    </w:p>
    <w:p>
      <w:pPr>
        <w:keepLines/>
        <w:ind w:left="85"/>
      </w:pPr>
      <w:r>
        <w:t>(B) 55°</w:t>
      </w:r>
    </w:p>
    <w:p>
      <w:pPr>
        <w:keepLines/>
        <w:ind w:left="85"/>
      </w:pPr>
      <w:r>
        <w:t>(C) 65°</w:t>
      </w:r>
    </w:p>
    <w:p>
      <w:pPr>
        <w:keepLines/>
        <w:ind w:left="85"/>
      </w:pPr>
      <w:r>
        <w:t>(D) 145°</w:t>
      </w:r>
    </w:p>
    <w:p>
      <w:pPr>
        <w:pStyle w:val="Heading2"/>
      </w:pPr>
      <w:r>
        <w:t>Questão 15</w:t>
      </w:r>
    </w:p>
    <w:p>
      <w:pPr>
        <w:keepLines/>
      </w:pPr>
      <w:r>
        <w:t>Ana foi ao supermercado e comprou 2,5 quilogramas de carne, que custa R$ 28,60 o quilograma. Além disso, ela comprou 1,2 quilograma de pão de queijo, que custa R$ 15,90 o quilograma. Qual foi o valor total da compra de Ana?</w:t>
      </w:r>
    </w:p>
    <w:p>
      <w:pPr>
        <w:keepLines/>
        <w:ind w:left="85"/>
      </w:pPr>
      <w:r>
        <w:t>(A) R$ 80,42</w:t>
      </w:r>
    </w:p>
    <w:p>
      <w:pPr>
        <w:keepLines/>
        <w:ind w:left="85"/>
      </w:pPr>
      <w:r>
        <w:t>(B) R$ 90,58</w:t>
      </w:r>
    </w:p>
    <w:p>
      <w:pPr>
        <w:keepLines/>
        <w:ind w:left="85"/>
      </w:pPr>
      <w:r>
        <w:t>(C) R$ 85,98</w:t>
      </w:r>
    </w:p>
    <w:p>
      <w:pPr>
        <w:keepLines/>
        <w:ind w:left="85"/>
      </w:pPr>
      <w:r>
        <w:t>(D) R$ 95,50</w:t>
      </w:r>
    </w:p>
    <w:p>
      <w:pPr>
        <w:pStyle w:val="Heading2"/>
      </w:pPr>
      <w:r>
        <w:t>Questão 16</w:t>
      </w:r>
    </w:p>
    <w:p>
      <w:pPr>
        <w:keepLines/>
      </w:pPr>
      <w:r>
        <w:t>Uma empresa de entregas observou que 2 veículos iguais conseguem transportar uma certa quantidade de caixas em 9 viagens. Mantendo a mesma quantidade de caixas por viagem e o mesmo ritmo de trabalho, quantas viagens serão necessárias se a empresa usar 6 veículos iguais?</w:t>
      </w:r>
    </w:p>
    <w:p>
      <w:pPr>
        <w:keepLines/>
        <w:ind w:left="85"/>
      </w:pPr>
      <w:r>
        <w:t>(A) 2</w:t>
      </w:r>
    </w:p>
    <w:p>
      <w:pPr>
        <w:keepLines/>
        <w:ind w:left="85"/>
      </w:pPr>
      <w:r>
        <w:t>(B) 3</w:t>
      </w:r>
    </w:p>
    <w:p>
      <w:pPr>
        <w:keepLines/>
        <w:ind w:left="85"/>
      </w:pPr>
      <w:r>
        <w:t>(C) 6</w:t>
      </w:r>
    </w:p>
    <w:p>
      <w:pPr>
        <w:keepLines/>
        <w:ind w:left="85"/>
      </w:pPr>
      <w:r>
        <w:t>(D) 12</w:t>
      </w:r>
    </w:p>
    <w:p>
      <w:pPr>
        <w:pStyle w:val="Heading2"/>
      </w:pPr>
      <w:r>
        <w:t>Questão 17</w:t>
      </w:r>
    </w:p>
    <w:p>
      <w:pPr>
        <w:keepLines/>
      </w:pPr>
      <w:r>
        <w:t>Um engenheiro precisa calcular a área de um terreno irregular para uma nova construção. Ele dividiu o terreno em duas partes: um paralelogramo e um trapézio. Para simplificar, ele desenhou as partes em um plano cartesiano, onde cada unidade de área representa 10 m².</w:t>
      </w:r>
    </w:p>
    <w:p>
      <w:pPr>
        <w:keepLines/>
      </w:pPr>
      <w:r>
        <w:t>• Paralelogramo P 1: vértices (0, 0), (6, 0), (8, 3), (2, 3); • Trapézio T: vértices (2, 3), (8, 3), (10, 6), (0, 6).</w:t>
      </w:r>
    </w:p>
    <w:p>
      <w:pPr>
        <w:keepLines/>
      </w:pPr>
      <w:r>
        <w:t>Calcule a área total do terreno em m².</w:t>
      </w:r>
    </w:p>
    <w:p>
      <w:pPr>
        <w:keepLines/>
        <w:ind w:left="85"/>
      </w:pPr>
      <w:r>
        <w:t>(A) 720 m².</w:t>
      </w:r>
    </w:p>
    <w:p>
      <w:pPr>
        <w:keepLines/>
        <w:ind w:left="85"/>
      </w:pPr>
      <w:r>
        <w:t>(B) 550 m².</w:t>
      </w:r>
    </w:p>
    <w:p>
      <w:pPr>
        <w:keepLines/>
        <w:ind w:left="85"/>
      </w:pPr>
      <w:r>
        <w:t>(C) 510 m².</w:t>
      </w:r>
    </w:p>
    <w:p>
      <w:pPr>
        <w:keepLines/>
        <w:ind w:left="85"/>
      </w:pPr>
      <w:r>
        <w:t>(D) 420 m².</w:t>
      </w:r>
    </w:p>
    <w:p>
      <w:pPr>
        <w:pStyle w:val="Heading2"/>
      </w:pPr>
      <w:r>
        <w:t>Questão 18</w:t>
      </w:r>
    </w:p>
    <w:p>
      <w:pPr>
        <w:keepLines/>
      </w:pPr>
      <w:r>
        <w:t>Uma bicicleta custava R$ 800,00.</w:t>
      </w:r>
    </w:p>
    <w:p>
      <w:pPr>
        <w:keepLines/>
      </w:pPr>
      <w:r>
        <w:t>• Na primeira quinzena, o preço subiu 15%. • Na segunda quinzena, subiu mais 10% sobre o valor já aumentado.</w:t>
      </w:r>
    </w:p>
    <w:p>
      <w:pPr>
        <w:keepLines/>
      </w:pPr>
      <w:r>
        <w:t>Qual passou a ser o preço final da bicicleta?</w:t>
      </w:r>
    </w:p>
    <w:p>
      <w:pPr>
        <w:keepLines/>
        <w:ind w:left="85"/>
      </w:pPr>
      <w:r>
        <w:t>(A) R$ 920,00</w:t>
      </w:r>
    </w:p>
    <w:p>
      <w:pPr>
        <w:keepLines/>
        <w:ind w:left="85"/>
      </w:pPr>
      <w:r>
        <w:t>(B) R$ 1 012,00</w:t>
      </w:r>
    </w:p>
    <w:p>
      <w:pPr>
        <w:keepLines/>
        <w:ind w:left="85"/>
      </w:pPr>
      <w:r>
        <w:t>(C) R$ 1 000,OO</w:t>
      </w:r>
    </w:p>
    <w:p>
      <w:pPr>
        <w:keepLines/>
        <w:ind w:left="85"/>
      </w:pPr>
      <w:r>
        <w:t>(D) R$ 1 080,00</w:t>
      </w:r>
    </w:p>
    <w:p>
      <w:pPr>
        <w:pStyle w:val="Heading2"/>
      </w:pPr>
      <w:r>
        <w:t>Questão 19</w:t>
      </w:r>
    </w:p>
    <w:p>
      <w:pPr>
        <w:keepLines/>
      </w:pPr>
      <w:r>
        <w:t>A conta bancária de Marcelo estava negativa em R$ 350,00, na segunda-feira. Na terça-feira ele fez um depósito de R$ 475,00, na quarta-feira sacou R$ 100,00 e na quinta-feira depositou R$ 110,00. Qual foi o saldo da conta bancária de Marcelo após esse último depósito?</w:t>
      </w:r>
    </w:p>
    <w:p>
      <w:pPr>
        <w:keepLines/>
        <w:ind w:left="85"/>
      </w:pPr>
      <w:r>
        <w:t>(A) R$ 125,00 positivos.</w:t>
      </w:r>
    </w:p>
    <w:p>
      <w:pPr>
        <w:keepLines/>
        <w:ind w:left="85"/>
      </w:pPr>
      <w:r>
        <w:t>(B) R$ 125,00 negativos.</w:t>
      </w:r>
    </w:p>
    <w:p>
      <w:pPr>
        <w:keepLines/>
        <w:ind w:left="85"/>
      </w:pPr>
      <w:r>
        <w:t>(C) R$ 135,00 negativos.</w:t>
      </w:r>
    </w:p>
    <w:p>
      <w:pPr>
        <w:keepLines/>
        <w:ind w:left="85"/>
      </w:pPr>
      <w:r>
        <w:t>(D) R$ 135,00 positivos.</w:t>
      </w:r>
    </w:p>
    <w:p>
      <w:pPr>
        <w:pStyle w:val="Heading2"/>
      </w:pPr>
      <w:r>
        <w:t>Questão 20</w:t>
      </w:r>
    </w:p>
    <w:p>
      <w:pPr>
        <w:keepLines/>
      </w:pPr>
      <w:r>
        <w:t>Maria comprou uma garrafa de refrigerante para dividir com seus amigos. A garrafa contém 3 litros da bebida e, para distribuí-la, ela utilizará copos com capacidade para 3/10 litro. Enchendo os copos completamente, quantos copos Maria conseguirá servir?</w:t>
      </w:r>
    </w:p>
    <w:p>
      <w:pPr>
        <w:keepLines/>
        <w:ind w:left="85"/>
      </w:pPr>
      <w:r>
        <w:t>(A) 6</w:t>
      </w:r>
    </w:p>
    <w:p>
      <w:pPr>
        <w:keepLines/>
        <w:ind w:left="85"/>
      </w:pPr>
      <w:r>
        <w:t>(B) 10</w:t>
      </w:r>
    </w:p>
    <w:p>
      <w:pPr>
        <w:keepLines/>
        <w:ind w:left="85"/>
      </w:pPr>
      <w:r>
        <w:t>(C) 16</w:t>
      </w:r>
    </w:p>
    <w:p>
      <w:pPr>
        <w:keepLines/>
        <w:ind w:left="85"/>
      </w:pPr>
      <w:r>
        <w:t>(D) 30</w:t>
      </w:r>
    </w:p>
    <w:sectPr w:rsidR="00FC693F" w:rsidRPr="0006063C" w:rsidSect="00034616"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Simulado SARESP 2026 7 ano Matemática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