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Matemática</w:t>
      </w:r>
    </w:p>
    <w:p>
      <w:r>
        <w:t>8º ano do Ensino Fundamental | 2º dia | 20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01</w:t>
      </w:r>
    </w:p>
    <w:p>
      <w:pPr>
        <w:keepLines/>
      </w:pPr>
      <w:r>
        <w:t>Luiz foi à feira e comprou 700 g de batata por R$ 4,30 o quilograma e 800 g de cenoura por R$ 2,75 o quilograma. O valor total pago por Luiz na compra da batata e da cenoura foi:</w:t>
      </w:r>
    </w:p>
    <w:p>
      <w:pPr>
        <w:keepLines/>
        <w:ind w:left="85"/>
      </w:pPr>
      <w:r>
        <w:t>(A) R$ 4,82.</w:t>
      </w:r>
    </w:p>
    <w:p>
      <w:pPr>
        <w:keepLines/>
        <w:ind w:left="85"/>
      </w:pPr>
      <w:r>
        <w:t>(B) R$ 5,21.</w:t>
      </w:r>
    </w:p>
    <w:p>
      <w:pPr>
        <w:keepLines/>
        <w:ind w:left="85"/>
      </w:pPr>
      <w:r>
        <w:t>(C) R$ 6,55.</w:t>
      </w:r>
    </w:p>
    <w:p>
      <w:pPr>
        <w:keepLines/>
        <w:ind w:left="85"/>
      </w:pPr>
      <w:r>
        <w:t>(D) R$ 7,05.</w:t>
      </w:r>
    </w:p>
    <w:p>
      <w:pPr>
        <w:pStyle w:val="Heading2"/>
      </w:pPr>
      <w:r>
        <w:t>Questão 02</w:t>
      </w:r>
    </w:p>
    <w:p>
      <w:pPr>
        <w:keepLines/>
      </w:pPr>
      <w:r>
        <w:t>Observe a sequência de figuras a seguir: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5463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3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Quantos quadradinhos terá a 4a figura?</w:t>
      </w:r>
    </w:p>
    <w:p>
      <w:pPr>
        <w:keepLines/>
        <w:ind w:left="85"/>
      </w:pPr>
      <w:r>
        <w:t>(A) 27</w:t>
      </w:r>
    </w:p>
    <w:p>
      <w:pPr>
        <w:keepLines/>
        <w:ind w:left="85"/>
      </w:pPr>
      <w:r>
        <w:t>(B) 36</w:t>
      </w:r>
    </w:p>
    <w:p>
      <w:pPr>
        <w:keepLines/>
        <w:ind w:left="85"/>
      </w:pPr>
      <w:r>
        <w:t>(C) 37</w:t>
      </w:r>
    </w:p>
    <w:p>
      <w:pPr>
        <w:keepLines/>
        <w:ind w:left="85"/>
      </w:pPr>
      <w:r>
        <w:t>(D) 81</w:t>
      </w:r>
    </w:p>
    <w:p>
      <w:pPr>
        <w:pStyle w:val="Heading2"/>
      </w:pPr>
      <w:r>
        <w:t>Questão 03</w:t>
      </w:r>
    </w:p>
    <w:p>
      <w:pPr>
        <w:keepLines/>
      </w:pPr>
      <w:r>
        <w:t>Amanda, Bianca, Carolina, Diana, Érica e Flávia gostariam de dançar com Leo. Ele queria escolher uma para dançar valsa e outra para dançar tango. A quantidade de escolhas distintas que Leo poderia fazer é:</w:t>
      </w:r>
    </w:p>
    <w:p>
      <w:pPr>
        <w:keepLines/>
        <w:ind w:left="85"/>
      </w:pPr>
      <w:r>
        <w:t>(A) 6</w:t>
      </w:r>
    </w:p>
    <w:p>
      <w:pPr>
        <w:keepLines/>
        <w:ind w:left="85"/>
      </w:pPr>
      <w:r>
        <w:t>(B) 12</w:t>
      </w:r>
    </w:p>
    <w:p>
      <w:pPr>
        <w:keepLines/>
        <w:ind w:left="85"/>
      </w:pPr>
      <w:r>
        <w:t>(C) 30</w:t>
      </w:r>
    </w:p>
    <w:p>
      <w:pPr>
        <w:keepLines/>
        <w:ind w:left="85"/>
      </w:pPr>
      <w:r>
        <w:t>(D) 36</w:t>
      </w:r>
    </w:p>
    <w:p>
      <w:pPr>
        <w:pStyle w:val="Heading2"/>
      </w:pPr>
      <w:r>
        <w:t>Questão 04</w:t>
      </w:r>
    </w:p>
    <w:p>
      <w:pPr>
        <w:keepLines/>
      </w:pPr>
      <w:r>
        <w:t>De um bolo, Lucas comeu 1/6 e Maria comeu 2/3.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076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0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Qual a fração do bolo que sobrou após eles terem comido as quantidades acima?</w:t>
      </w:r>
    </w:p>
    <w:p>
      <w:pPr>
        <w:keepLines/>
        <w:ind w:left="85"/>
      </w:pPr>
      <w:r>
        <w:t>(A) 1/2</w:t>
      </w:r>
    </w:p>
    <w:p>
      <w:pPr>
        <w:keepLines/>
        <w:ind w:left="85"/>
      </w:pPr>
      <w:r>
        <w:t>(B) 1/3</w:t>
      </w:r>
    </w:p>
    <w:p>
      <w:pPr>
        <w:keepLines/>
        <w:ind w:left="85"/>
      </w:pPr>
      <w:r>
        <w:t>(C) 1/6</w:t>
      </w:r>
    </w:p>
    <w:p>
      <w:pPr>
        <w:keepLines/>
        <w:ind w:left="85"/>
      </w:pPr>
      <w:r>
        <w:t>(D) 2/3</w:t>
      </w:r>
    </w:p>
    <w:p>
      <w:pPr>
        <w:pStyle w:val="Heading2"/>
      </w:pPr>
      <w:r>
        <w:t>Questão 05</w:t>
      </w:r>
    </w:p>
    <w:p>
      <w:pPr>
        <w:keepLines/>
      </w:pPr>
      <w:r>
        <w:t>Durante o inverno, a temperatura em uma cidade caiu 2 oc a cada dia. Em certo momento, ela estava em -4 oc. Após quantos dias seguidos com a mesma queda de temperatura ela chegou a -18 0 C?</w:t>
      </w:r>
    </w:p>
    <w:p>
      <w:pPr>
        <w:keepLines/>
        <w:ind w:left="85"/>
      </w:pPr>
      <w:r>
        <w:t>(A) 7 dias.</w:t>
      </w:r>
    </w:p>
    <w:p>
      <w:pPr>
        <w:keepLines/>
        <w:ind w:left="85"/>
      </w:pPr>
      <w:r>
        <w:t>(B) 8 dias.</w:t>
      </w:r>
    </w:p>
    <w:p>
      <w:pPr>
        <w:keepLines/>
        <w:ind w:left="85"/>
      </w:pPr>
      <w:r>
        <w:t>(C) 6 dias.</w:t>
      </w:r>
    </w:p>
    <w:p>
      <w:pPr>
        <w:keepLines/>
        <w:ind w:left="85"/>
      </w:pPr>
      <w:r>
        <w:t>(D) 9 dias.</w:t>
      </w:r>
    </w:p>
    <w:p>
      <w:pPr>
        <w:pStyle w:val="Heading2"/>
      </w:pPr>
      <w:r>
        <w:t>Questão 06</w:t>
      </w:r>
    </w:p>
    <w:p>
      <w:pPr>
        <w:keepLines/>
      </w:pPr>
      <w:r>
        <w:t>Bernardo tem o dobro da idade de sua irmã, Ana. Juntos, eles têm 36 anos. Qual é a idade de Ana?</w:t>
      </w:r>
    </w:p>
    <w:p>
      <w:pPr>
        <w:keepLines/>
        <w:ind w:left="85"/>
      </w:pPr>
      <w:r>
        <w:t>(A) 10 anos.</w:t>
      </w:r>
    </w:p>
    <w:p>
      <w:pPr>
        <w:keepLines/>
        <w:ind w:left="85"/>
      </w:pPr>
      <w:r>
        <w:t>(B) 12 anos.</w:t>
      </w:r>
    </w:p>
    <w:p>
      <w:pPr>
        <w:keepLines/>
        <w:ind w:left="85"/>
      </w:pPr>
      <w:r>
        <w:t>(C) 14 anos.</w:t>
      </w:r>
    </w:p>
    <w:p>
      <w:pPr>
        <w:keepLines/>
        <w:ind w:left="85"/>
      </w:pPr>
      <w:r>
        <w:t>(D) 18 anos.</w:t>
      </w:r>
    </w:p>
    <w:p>
      <w:pPr>
        <w:pStyle w:val="Heading2"/>
      </w:pPr>
      <w:r>
        <w:t>Questão 07</w:t>
      </w:r>
    </w:p>
    <w:p>
      <w:pPr>
        <w:keepLines/>
      </w:pPr>
      <w:r>
        <w:t>Miriam organizou um sorteio de amigo oculto entre suas amigas. Para isso, escreveu em pedaços de papel o nome de cada uma das 10 pessoas (incluindo seu próprio nome) que participaram desse sorteio e colocou dentro de um saco. Miriam, como organizadora, foi a primeira a retirar um nome de dentro do saco. A probabilidade de Miriam retirar seu próprio nome é:</w:t>
      </w:r>
    </w:p>
    <w:p>
      <w:pPr>
        <w:keepLines/>
        <w:ind w:left="85"/>
      </w:pPr>
      <w:r>
        <w:t>(A) 1/2</w:t>
      </w:r>
    </w:p>
    <w:p>
      <w:pPr>
        <w:keepLines/>
        <w:ind w:left="85"/>
      </w:pPr>
      <w:r>
        <w:t>(B) 2/3</w:t>
      </w:r>
    </w:p>
    <w:p>
      <w:pPr>
        <w:keepLines/>
        <w:ind w:left="85"/>
      </w:pPr>
      <w:r>
        <w:t>(C) 1/10</w:t>
      </w:r>
    </w:p>
    <w:p>
      <w:pPr>
        <w:keepLines/>
        <w:ind w:left="85"/>
      </w:pPr>
      <w:r>
        <w:t>(D) 1/9</w:t>
      </w:r>
    </w:p>
    <w:p>
      <w:pPr>
        <w:pStyle w:val="Heading2"/>
      </w:pPr>
      <w:r>
        <w:t>Questão 08</w:t>
      </w:r>
    </w:p>
    <w:p>
      <w:pPr>
        <w:keepLines/>
      </w:pPr>
      <w:r>
        <w:t>Uma pequena fábrica registrou a quantidade de caixas montadas em 8 turnos: 9, 10, 12, 13, 15, 17, 18, 20. A média é:</w:t>
      </w:r>
    </w:p>
    <w:p>
      <w:pPr>
        <w:keepLines/>
        <w:ind w:left="85"/>
      </w:pPr>
      <w:r>
        <w:t>(A) 14,25</w:t>
      </w:r>
    </w:p>
    <w:p>
      <w:pPr>
        <w:keepLines/>
        <w:ind w:left="85"/>
      </w:pPr>
      <w:r>
        <w:t>(B) 13</w:t>
      </w:r>
    </w:p>
    <w:p>
      <w:pPr>
        <w:keepLines/>
        <w:ind w:left="85"/>
      </w:pPr>
      <w:r>
        <w:t>(C) 15</w:t>
      </w:r>
    </w:p>
    <w:p>
      <w:pPr>
        <w:keepLines/>
        <w:ind w:left="85"/>
      </w:pPr>
      <w:r>
        <w:t>(D) 14,5</w:t>
      </w:r>
    </w:p>
    <w:p>
      <w:pPr>
        <w:pStyle w:val="Heading2"/>
      </w:pPr>
      <w:r>
        <w:t>Questão 09</w:t>
      </w:r>
    </w:p>
    <w:p>
      <w:pPr>
        <w:keepLines/>
      </w:pPr>
      <w:r>
        <w:t>O diâmetro de um glóbulo vermelho de sangue mede 0,007 milímetros. Esse número, escrito em notação científica, corresponde a</w:t>
      </w:r>
    </w:p>
    <w:p>
      <w:pPr>
        <w:keepLines/>
        <w:ind w:left="85"/>
      </w:pPr>
      <w:r>
        <w:t>(A) 7 × 10³ milímetros.</w:t>
      </w:r>
    </w:p>
    <w:p>
      <w:pPr>
        <w:keepLines/>
        <w:ind w:left="85"/>
      </w:pPr>
      <w:r>
        <w:t>(B) 7 × 10⁻³ milímetros.</w:t>
      </w:r>
    </w:p>
    <w:p>
      <w:pPr>
        <w:keepLines/>
        <w:ind w:left="85"/>
      </w:pPr>
      <w:r>
        <w:t>(C) 0,7 × 10⁻³ milímetros.</w:t>
      </w:r>
    </w:p>
    <w:p>
      <w:pPr>
        <w:keepLines/>
        <w:ind w:left="85"/>
      </w:pPr>
      <w:r>
        <w:t>(D) 0,7 × 10⁻⁴ milímetros.</w:t>
      </w:r>
    </w:p>
    <w:p>
      <w:pPr>
        <w:pStyle w:val="Heading2"/>
      </w:pPr>
      <w:r>
        <w:t>Questão 10</w:t>
      </w:r>
    </w:p>
    <w:p>
      <w:pPr>
        <w:keepLines/>
      </w:pPr>
      <w:r>
        <w:t>Um marceneiro cobra o mesmo valor por cada</w:t>
      </w:r>
    </w:p>
    <w:p>
      <w:pPr>
        <w:keepLines/>
      </w:pPr>
      <w:r>
        <w:t>cadeira que fabrica. Depois de concluir um pedido, ele recebeu o total de R$ 540,00 pela venda das cadeiras. Sabe-se que o preço cobrado por cada</w:t>
      </w:r>
    </w:p>
    <w:p>
      <w:pPr>
        <w:keepLines/>
      </w:pPr>
      <w:r>
        <w:t>uma é de R$ 45,00. Quantas cadeiras o marceneiro fabricou?</w:t>
      </w:r>
    </w:p>
    <w:p>
      <w:pPr>
        <w:keepLines/>
        <w:ind w:left="85"/>
      </w:pPr>
      <w:r>
        <w:t>(A) 10</w:t>
      </w:r>
    </w:p>
    <w:p>
      <w:pPr>
        <w:keepLines/>
        <w:ind w:left="85"/>
      </w:pPr>
      <w:r>
        <w:t>(B) 11</w:t>
      </w:r>
    </w:p>
    <w:p>
      <w:pPr>
        <w:keepLines/>
        <w:ind w:left="85"/>
      </w:pPr>
      <w:r>
        <w:t>(C) 12</w:t>
      </w:r>
    </w:p>
    <w:p>
      <w:pPr>
        <w:keepLines/>
        <w:ind w:left="85"/>
      </w:pPr>
      <w:r>
        <w:t>(D) 13</w:t>
      </w:r>
    </w:p>
    <w:p>
      <w:pPr>
        <w:pStyle w:val="Heading2"/>
      </w:pPr>
      <w:r>
        <w:t>Questão 11</w:t>
      </w:r>
    </w:p>
    <w:p>
      <w:pPr>
        <w:keepLines/>
      </w:pPr>
      <w:r>
        <w:t>Em um jogo de montar, cada bloco tem o formato de um cubo. A medida da aresta de cada bloco é 8</w:t>
      </w:r>
    </w:p>
    <w:p>
      <w:pPr>
        <w:keepLines/>
      </w:pPr>
      <w:r>
        <w:t>cm. Qual é o volume de um desses blocos?</w:t>
      </w:r>
    </w:p>
    <w:p>
      <w:pPr>
        <w:keepLines/>
        <w:ind w:left="85"/>
      </w:pPr>
      <w:r>
        <w:t>(A) 64 cm³</w:t>
      </w:r>
    </w:p>
    <w:p>
      <w:pPr>
        <w:keepLines/>
        <w:ind w:left="85"/>
      </w:pPr>
      <w:r>
        <w:t>(B) 256 cm³</w:t>
      </w:r>
    </w:p>
    <w:p>
      <w:pPr>
        <w:keepLines/>
        <w:ind w:left="85"/>
      </w:pPr>
      <w:r>
        <w:t>(C) 384 cm³</w:t>
      </w:r>
    </w:p>
    <w:p>
      <w:pPr>
        <w:keepLines/>
        <w:ind w:left="85"/>
      </w:pPr>
      <w:r>
        <w:t>(D) 512 cm³</w:t>
      </w:r>
    </w:p>
    <w:p>
      <w:pPr>
        <w:pStyle w:val="Heading2"/>
      </w:pPr>
      <w:r>
        <w:t>Questão 12</w:t>
      </w:r>
    </w:p>
    <w:p>
      <w:pPr>
        <w:keepLines/>
      </w:pPr>
      <w:r>
        <w:t>Um tênis custa R$ 120,00. Em uma promoção, ele está com 25% de desconto. Qual é o valor do desconto e do preço final do tênis após o desconto, respectivamente?</w:t>
      </w:r>
    </w:p>
    <w:p>
      <w:pPr>
        <w:keepLines/>
        <w:ind w:left="85"/>
      </w:pPr>
      <w:r>
        <w:t>(A) R$ 30,00 e R$ 90,00</w:t>
      </w:r>
    </w:p>
    <w:p>
      <w:pPr>
        <w:keepLines/>
        <w:ind w:left="85"/>
      </w:pPr>
      <w:r>
        <w:t>(B) R$ 25,00 e R$ 95,00</w:t>
      </w:r>
    </w:p>
    <w:p>
      <w:pPr>
        <w:keepLines/>
        <w:ind w:left="85"/>
      </w:pPr>
      <w:r>
        <w:t>(C) R$ 20,00 e R$ 100,00</w:t>
      </w:r>
    </w:p>
    <w:p>
      <w:pPr>
        <w:keepLines/>
        <w:ind w:left="85"/>
      </w:pPr>
      <w:r>
        <w:t>(D) R$ 40,00 e R$ 80,00</w:t>
      </w:r>
    </w:p>
    <w:p>
      <w:pPr>
        <w:pStyle w:val="Heading2"/>
      </w:pPr>
      <w:r>
        <w:t>Questão 13</w:t>
      </w:r>
    </w:p>
    <w:p>
      <w:pPr>
        <w:keepLines/>
      </w:pPr>
      <w:r>
        <w:t>Durante um treinamento de mergulho em apneia (sem equipamento de oxigênio), o atleta Bruno faz quatro movimentos, todos medidos em relação ao nível do mar (0 m). Considere os seguintes valores:</w:t>
      </w:r>
    </w:p>
    <w:p>
      <w:pPr>
        <w:keepLines/>
      </w:pPr>
      <w:r>
        <w:t>• primeiro movimento: desceu até -7,5 m; • segundo movimento: subiu 2,3 m em relação à</w:t>
      </w:r>
    </w:p>
    <w:p>
      <w:pPr>
        <w:keepLines/>
      </w:pPr>
      <w:r>
        <w:t>posição anterior; • terceiro movimento: desceu 5,1 m em relação à posição anterior; • quarto movimento: subiu 1,4 m em relação à posição anterior.</w:t>
      </w:r>
    </w:p>
    <w:p>
      <w:pPr>
        <w:keepLines/>
      </w:pPr>
      <w:r>
        <w:t>Qual foi a posição final de Bruno após o quarto movimento?</w:t>
      </w:r>
    </w:p>
    <w:p>
      <w:pPr>
        <w:keepLines/>
        <w:ind w:left="85"/>
      </w:pPr>
      <w:r>
        <w:t>(A) -9,3 m.</w:t>
      </w:r>
    </w:p>
    <w:p>
      <w:pPr>
        <w:keepLines/>
        <w:ind w:left="85"/>
      </w:pPr>
      <w:r>
        <w:t>(B) -11,7 m.</w:t>
      </w:r>
    </w:p>
    <w:p>
      <w:pPr>
        <w:keepLines/>
        <w:ind w:left="85"/>
      </w:pPr>
      <w:r>
        <w:t>(C) -6,3 m.</w:t>
      </w:r>
    </w:p>
    <w:p>
      <w:pPr>
        <w:keepLines/>
        <w:ind w:left="85"/>
      </w:pPr>
      <w:r>
        <w:t>(D) -8,9 m.</w:t>
      </w:r>
    </w:p>
    <w:p>
      <w:pPr>
        <w:pStyle w:val="Heading2"/>
      </w:pPr>
      <w:r>
        <w:t>Questão 14</w:t>
      </w:r>
    </w:p>
    <w:p>
      <w:pPr>
        <w:keepLines/>
      </w:pPr>
      <w:r>
        <w:t>Durante o planejamento de uma reforma na escola, a equipe decidiu substituir as mesas da sala de leitura por modelos redondos, para facilitar a circulação dos estudantes. Cada mesa adquirida tem 1,2 m de diâmetro. Qual é a área do tampo de cada mesa?</w:t>
      </w:r>
    </w:p>
    <w:p>
      <w:pPr>
        <w:keepLines/>
        <w:ind w:left="85"/>
      </w:pPr>
      <w:r>
        <w:t>(A) 0,36π m²</w:t>
      </w:r>
    </w:p>
    <w:p>
      <w:pPr>
        <w:keepLines/>
        <w:ind w:left="85"/>
      </w:pPr>
      <w:r>
        <w:t>(B) 0,72π m²</w:t>
      </w:r>
    </w:p>
    <w:p>
      <w:pPr>
        <w:keepLines/>
        <w:ind w:left="85"/>
      </w:pPr>
      <w:r>
        <w:t>(C) 1,44π m²</w:t>
      </w:r>
    </w:p>
    <w:p>
      <w:pPr>
        <w:keepLines/>
        <w:ind w:left="85"/>
      </w:pPr>
      <w:r>
        <w:t>(D) 3,14π m²</w:t>
      </w:r>
    </w:p>
    <w:p>
      <w:pPr>
        <w:pStyle w:val="Heading2"/>
      </w:pPr>
      <w:r>
        <w:t>Questão 15</w:t>
      </w:r>
    </w:p>
    <w:p>
      <w:pPr>
        <w:keepLines/>
      </w:pPr>
      <w:r>
        <w:t>Tendo 3 gatos, Beto utiliza um pacote de ração que dura 30 dias. Durante uma campanha de adoção de pets, ele adotou mais dois gatinhos. Com cada gatinho comendo a mesma quantidade de ração por dia, por quantos dias um pacote de ração será suficiente para alimentar os 5 gatinhos?</w:t>
      </w:r>
    </w:p>
    <w:p>
      <w:pPr>
        <w:keepLines/>
        <w:ind w:left="85"/>
      </w:pPr>
      <w:r>
        <w:t>(A) 13</w:t>
      </w:r>
    </w:p>
    <w:p>
      <w:pPr>
        <w:keepLines/>
        <w:ind w:left="85"/>
      </w:pPr>
      <w:r>
        <w:t>(B) 15</w:t>
      </w:r>
    </w:p>
    <w:p>
      <w:pPr>
        <w:keepLines/>
        <w:ind w:left="85"/>
      </w:pPr>
      <w:r>
        <w:t>(C) 16</w:t>
      </w:r>
    </w:p>
    <w:p>
      <w:pPr>
        <w:keepLines/>
        <w:ind w:left="85"/>
      </w:pPr>
      <w:r>
        <w:t>(D) 18</w:t>
      </w:r>
    </w:p>
    <w:p>
      <w:pPr>
        <w:pStyle w:val="Heading2"/>
      </w:pPr>
      <w:r>
        <w:t>Questão 16</w:t>
      </w:r>
    </w:p>
    <w:p>
      <w:pPr>
        <w:keepLines/>
      </w:pPr>
      <w:r>
        <w:t>Em um experimento aleatório, os eventos possíveis são mutuamente exclusivos e cobrem todas as</w:t>
      </w:r>
    </w:p>
    <w:p>
      <w:pPr>
        <w:keepLines/>
      </w:pPr>
      <w:r>
        <w:t>possibilidades. Qual afirmação é sempre verdadeira?</w:t>
      </w:r>
    </w:p>
    <w:p>
      <w:pPr>
        <w:keepLines/>
        <w:ind w:left="85"/>
      </w:pPr>
      <w:r>
        <w:t>(A) A soma das probabilidades dos eventos é maior que 1.</w:t>
      </w:r>
    </w:p>
    <w:p>
      <w:pPr>
        <w:keepLines/>
        <w:ind w:left="85"/>
      </w:pPr>
      <w:r>
        <w:t>(B) A soma das probabilidades dos eventos é menor que 1.</w:t>
      </w:r>
    </w:p>
    <w:p>
      <w:pPr>
        <w:keepLines/>
        <w:ind w:left="85"/>
      </w:pPr>
      <w:r>
        <w:t>(C) A soma das probabilidades dos eventos é igual a 1.</w:t>
      </w:r>
    </w:p>
    <w:p>
      <w:pPr>
        <w:keepLines/>
        <w:ind w:left="85"/>
      </w:pPr>
      <w:r>
        <w:t>(D) A soma das probabilidades dos eventos depende do número de eventos.</w:t>
      </w:r>
    </w:p>
    <w:p>
      <w:pPr>
        <w:pStyle w:val="Heading2"/>
      </w:pPr>
      <w:r>
        <w:t>Questão 17</w:t>
      </w:r>
    </w:p>
    <w:p>
      <w:pPr>
        <w:keepLines/>
      </w:pPr>
      <w:r>
        <w:t>Pedro é médico e recomendou à mãe de um</w:t>
      </w:r>
    </w:p>
    <w:p>
      <w:pPr>
        <w:keepLines/>
      </w:pPr>
      <w:r>
        <w:t>paciente 5 gotas de um remédio para cada 4 kg de massa corporal, a cada 8 horas. Se o filho dela tem 40 kg, quantas gotas do remédio ela deve dar a ele a cada 8 horas?</w:t>
      </w:r>
    </w:p>
    <w:p>
      <w:pPr>
        <w:keepLines/>
        <w:ind w:left="85"/>
      </w:pPr>
      <w:r>
        <w:t>(A) 12</w:t>
      </w:r>
    </w:p>
    <w:p>
      <w:pPr>
        <w:keepLines/>
        <w:ind w:left="85"/>
      </w:pPr>
      <w:r>
        <w:t>(B) 32</w:t>
      </w:r>
    </w:p>
    <w:p>
      <w:pPr>
        <w:keepLines/>
        <w:ind w:left="85"/>
      </w:pPr>
      <w:r>
        <w:t>(C) 44</w:t>
      </w:r>
    </w:p>
    <w:p>
      <w:pPr>
        <w:keepLines/>
        <w:ind w:left="85"/>
      </w:pPr>
      <w:r>
        <w:t>(D) 50</w:t>
      </w:r>
    </w:p>
    <w:p>
      <w:pPr>
        <w:pStyle w:val="Heading2"/>
      </w:pPr>
      <w:r>
        <w:t>Questão 18</w:t>
      </w:r>
    </w:p>
    <w:p>
      <w:pPr>
        <w:keepLines/>
      </w:pPr>
      <w:r>
        <w:t>Osvaldo comprou uma televisão que custava R$ 6 400,00. Por pagar à vista, ele recebeu um desconto de 25%. Como pagou via Pix, ganhou mais um desconto de 10%, calculado sobre o valor que já tinha o primeiro desconto. O total de desconto que Osvaldo recebeu foi de:</w:t>
      </w:r>
    </w:p>
    <w:p>
      <w:pPr>
        <w:keepLines/>
        <w:ind w:left="85"/>
      </w:pPr>
      <w:r>
        <w:t>(A) R$ 480,00</w:t>
      </w:r>
    </w:p>
    <w:p>
      <w:pPr>
        <w:keepLines/>
        <w:ind w:left="85"/>
      </w:pPr>
      <w:r>
        <w:t>(B) R$ 1 600,00</w:t>
      </w:r>
    </w:p>
    <w:p>
      <w:pPr>
        <w:keepLines/>
        <w:ind w:left="85"/>
      </w:pPr>
      <w:r>
        <w:t>(C) R$ 2 080,00</w:t>
      </w:r>
    </w:p>
    <w:p>
      <w:pPr>
        <w:keepLines/>
        <w:ind w:left="85"/>
      </w:pPr>
      <w:r>
        <w:t>(D) R$ 2 240,00</w:t>
      </w:r>
    </w:p>
    <w:p>
      <w:pPr>
        <w:pStyle w:val="Heading2"/>
      </w:pPr>
      <w:r>
        <w:t>Questão 19</w:t>
      </w:r>
    </w:p>
    <w:p>
      <w:pPr>
        <w:keepLines/>
      </w:pPr>
      <w:r>
        <w:t>Os resultados de uma pesquisa sobre quantidade de animais de estimação por estudante foram organizados na tabela a seguir.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3277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1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32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Qual conclusão está correta?</w:t>
      </w:r>
    </w:p>
    <w:p>
      <w:pPr>
        <w:keepLines/>
        <w:ind w:left="85"/>
      </w:pPr>
      <w:r>
        <w:t>(A) A resposta menos frequente foi 1 animal.</w:t>
      </w:r>
    </w:p>
    <w:p>
      <w:pPr>
        <w:keepLines/>
        <w:ind w:left="85"/>
      </w:pPr>
      <w:r>
        <w:t>(B) A maioria dos estudantes não tem animais.</w:t>
      </w:r>
    </w:p>
    <w:p>
      <w:pPr>
        <w:keepLines/>
        <w:ind w:left="85"/>
      </w:pPr>
      <w:r>
        <w:t>(C) As respostas 2 e 3 apareceram a mesma quantidade de vezes.</w:t>
      </w:r>
    </w:p>
    <w:p>
      <w:pPr>
        <w:keepLines/>
        <w:ind w:left="85"/>
      </w:pPr>
      <w:r>
        <w:t>(D) A resposta mais frequente foi 1 animal.</w:t>
      </w:r>
    </w:p>
    <w:p>
      <w:pPr>
        <w:pStyle w:val="Heading2"/>
      </w:pPr>
      <w:r>
        <w:t>Questão 20</w:t>
      </w:r>
    </w:p>
    <w:p>
      <w:pPr>
        <w:keepLines/>
      </w:pPr>
      <w:r>
        <w:t>Carlos fez um cálculo na calculadora e obteve como resultado 2,4. Como o resultado deve ser escrito sob a forma de fração, Carlos deve escrever:</w:t>
      </w:r>
    </w:p>
    <w:p>
      <w:pPr>
        <w:keepLines/>
        <w:ind w:left="85"/>
      </w:pPr>
      <w:r>
        <w:t>(A) 24/10</w:t>
      </w:r>
    </w:p>
    <w:p>
      <w:pPr>
        <w:keepLines/>
        <w:ind w:left="85"/>
      </w:pPr>
      <w:r>
        <w:t>(B) 24/100</w:t>
      </w:r>
    </w:p>
    <w:p>
      <w:pPr>
        <w:keepLines/>
        <w:ind w:left="85"/>
      </w:pPr>
      <w:r>
        <w:t>(C) 24/4</w:t>
      </w:r>
    </w:p>
    <w:p>
      <w:pPr>
        <w:keepLines/>
        <w:ind w:left="85"/>
      </w:pPr>
      <w:r>
        <w:t>(D) 4/10</w:t>
      </w:r>
    </w:p>
    <w:sectPr w:rsidR="00FC693F" w:rsidRPr="0006063C" w:rsidSect="00034616">
      <w:footerReference w:type="default" r:id="rId12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8 ano Matemática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