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r>
        <w:t>6º ano do Ensino Fundamental • 1º dia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1"/>
      </w:pPr>
      <w:r>
        <w:t>Língua Portuguesa</w:t>
      </w:r>
    </w:p>
    <w:p>
      <w:pPr>
        <w:pStyle w:val="Heading2"/>
      </w:pPr>
      <w:r>
        <w:t>Questão 01</w:t>
      </w:r>
    </w:p>
    <w:p>
      <w:pPr>
        <w:keepLines/>
      </w:pPr>
      <w:r>
        <w:t>Leia o texto para responder à questão.</w:t>
      </w:r>
    </w:p>
    <w:p>
      <w:pPr>
        <w:keepLines/>
      </w:pPr>
      <w:r>
        <w:t>O Ladrão e o Cão de Guarda</w:t>
      </w:r>
    </w:p>
    <w:p>
      <w:pPr>
        <w:keepLines/>
      </w:pPr>
      <w:r>
        <w:t>Esopo</w:t>
      </w:r>
    </w:p>
    <w:p>
      <w:pPr>
        <w:keepLines/>
      </w:pPr>
      <w:r>
        <w:t>Um ladrão, desejando entrar à noite em uma casa para roubar, trazia consigo um pedaço de sanduíche para tentar distrair o Cão de Guarda que vigiava a casa.</w:t>
      </w:r>
    </w:p>
    <w:p>
      <w:pPr>
        <w:keepLines/>
      </w:pPr>
      <w:r>
        <w:t>Porém, assim que o Ladrão lançou o naco ao solo, o Cão disse:</w:t>
      </w:r>
    </w:p>
    <w:p>
      <w:pPr>
        <w:keepLines/>
      </w:pPr>
      <w:r>
        <w:t>— Você só está me dando este pedaço de pão para que eu fique quietinho e deixe você roubar a casa. Mas, já que é o dono da casa que me sustenta a vida, não vou deixar de latir enquanto você não for embora ou até que ele acorde e venha te enxotar. Não quero que este pedaço de pão me custe morrer de fome o resto da vida.</w:t>
      </w:r>
    </w:p>
    <w:p>
      <w:pPr>
        <w:keepLines/>
      </w:pPr>
      <w:r>
        <w:t>Moral: Aqueles que oferecem gentilezas demais sem nenhuma justificativa, às vezes podem ter segundas intenções.</w:t>
      </w:r>
    </w:p>
    <w:p>
      <w:pPr>
        <w:keepLines/>
      </w:pPr>
      <w:r>
        <w:rPr>
          <w:sz w:val="16"/>
        </w:rPr>
        <w:t>Disponível em: https://colegiocngparanagua.com.br/wp-content/uploads/2021/02/FABULAS-DE-ESOPO.pdf. Acesso em: 22 fev. 2024.</w:t>
      </w:r>
    </w:p>
    <w:p>
      <w:pPr>
        <w:keepLines/>
      </w:pPr>
      <w:r>
        <w:t>Uma das principais características das Fábulas presente no texto é:</w:t>
      </w:r>
    </w:p>
    <w:p>
      <w:pPr>
        <w:keepLines/>
      </w:pPr>
      <w:r>
        <w:t>(A) Um cachorro com características humanas que fala com o ladrão.</w:t>
      </w:r>
    </w:p>
    <w:p>
      <w:pPr>
        <w:keepLines/>
      </w:pPr>
      <w:r>
        <w:t>(B) Um personagem que enfrenta vários desafios até se tornar um herói.</w:t>
      </w:r>
    </w:p>
    <w:p>
      <w:pPr>
        <w:keepLines/>
      </w:pPr>
      <w:r>
        <w:t>(C) Um título que apresenta um personagem humano e outro animal.</w:t>
      </w:r>
    </w:p>
    <w:p>
      <w:pPr>
        <w:keepLines/>
      </w:pPr>
      <w:r>
        <w:t>(D) Um mistério envolvente que deixa em dúvida o final da história.</w:t>
      </w:r>
    </w:p>
    <w:p>
      <w:pPr>
        <w:pStyle w:val="Heading2"/>
      </w:pPr>
      <w:r>
        <w:t>Questão 02</w:t>
      </w:r>
    </w:p>
    <w:p>
      <w:pPr>
        <w:keepLines/>
      </w:pPr>
      <w:r>
        <w:t>Leia o texto para responder à questão.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4297680" cy="25005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5005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sz w:val="16"/>
        </w:rPr>
        <w:t>Disponível em: https://encurtador.com.br/crBT3. Acesso em: 05 fev. 2024.</w:t>
      </w:r>
    </w:p>
    <w:p>
      <w:pPr>
        <w:keepLines/>
      </w:pPr>
      <w:r>
        <w:t>A finalidade da campanha é:</w:t>
      </w:r>
    </w:p>
    <w:p>
      <w:pPr>
        <w:keepLines/>
      </w:pPr>
      <w:r>
        <w:t>(A) Aumentar a campanha de castração dos animais domésticos.</w:t>
      </w:r>
    </w:p>
    <w:p>
      <w:pPr>
        <w:keepLines/>
      </w:pPr>
      <w:r>
        <w:t>(B) Conscientizar os donos de pet para que vacinem seus animais.</w:t>
      </w:r>
    </w:p>
    <w:p>
      <w:pPr>
        <w:keepLines/>
      </w:pPr>
      <w:r>
        <w:t>(C) Estimular a doação de cães e gatos que tenham sido vacinados.</w:t>
      </w:r>
    </w:p>
    <w:p>
      <w:pPr>
        <w:keepLines/>
      </w:pPr>
      <w:r>
        <w:t>(D) Proteger animais domésticos de tutores violentos e do abandono.</w:t>
      </w:r>
    </w:p>
    <w:p>
      <w:pPr>
        <w:pStyle w:val="Heading2"/>
      </w:pPr>
      <w:r>
        <w:t>Questão 03</w:t>
      </w:r>
    </w:p>
    <w:p>
      <w:pPr>
        <w:keepLines/>
      </w:pPr>
      <w:r>
        <w:t>Alguns estudantes leram esta notícia publicada em um jornal da escola:</w:t>
      </w:r>
    </w:p>
    <w:p>
      <w:pPr>
        <w:keepLines/>
      </w:pPr>
      <w:r>
        <w:t>"Na última sexta-feira, a escola realizou a Feira de Ciências. Participaram todas as turmas do ensino fundamental.</w:t>
      </w:r>
    </w:p>
    <w:p>
      <w:pPr>
        <w:keepLines/>
      </w:pPr>
      <w:r>
        <w:t>Os projetos foram apresentados para os pais, que visitaram os estandes.</w:t>
      </w:r>
    </w:p>
    <w:p>
      <w:pPr>
        <w:keepLines/>
      </w:pPr>
      <w:r>
        <w:t>Muitos visitantes disseram que os trabalhos estavam incríveis."</w:t>
      </w:r>
    </w:p>
    <w:p>
      <w:pPr>
        <w:keepLines/>
      </w:pPr>
      <w:r>
        <w:t>Qual das frases abaixo apresenta uma opinião sobre a Feira de Ciências?</w:t>
      </w:r>
    </w:p>
    <w:p>
      <w:pPr>
        <w:keepLines/>
      </w:pPr>
      <w:r>
        <w:t>(A) Todas as turmas do ensino fundamental participaram.</w:t>
      </w:r>
    </w:p>
    <w:p>
      <w:pPr>
        <w:keepLines/>
      </w:pPr>
      <w:r>
        <w:t>(B) A Feira de Ciências aconteceu na sexta-feira.</w:t>
      </w:r>
    </w:p>
    <w:p>
      <w:pPr>
        <w:keepLines/>
      </w:pPr>
      <w:r>
        <w:t>(C) Os projetos foram apresentados aos pais.</w:t>
      </w:r>
    </w:p>
    <w:p>
      <w:pPr>
        <w:keepLines/>
      </w:pPr>
      <w:r>
        <w:t>(D) Os trabalhos estavam incríveis.</w:t>
      </w:r>
    </w:p>
    <w:p>
      <w:pPr>
        <w:pStyle w:val="Heading2"/>
      </w:pPr>
      <w:r>
        <w:t>Questão 04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4030342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0342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Leia o texto e assinale a alternativa que completa a frase. O cartum apresenta uma variedade linguística típica:</w:t>
      </w:r>
    </w:p>
    <w:p>
      <w:pPr>
        <w:keepLines/>
      </w:pPr>
      <w:r>
        <w:t>(A) de quem tem preconceito linguístico.</w:t>
      </w:r>
    </w:p>
    <w:p>
      <w:pPr>
        <w:keepLines/>
      </w:pPr>
      <w:r>
        <w:t>(B) dos jovens de algumas regiões do Brasil.</w:t>
      </w:r>
    </w:p>
    <w:p>
      <w:pPr>
        <w:keepLines/>
      </w:pPr>
      <w:r>
        <w:t>(C) dos estudiosos, que só utilizam a norma-padrão.</w:t>
      </w:r>
    </w:p>
    <w:p>
      <w:pPr>
        <w:keepLines/>
      </w:pPr>
      <w:r>
        <w:t>(D) de quem não sabe a norma-padrão da língua portuguesa.</w:t>
      </w:r>
    </w:p>
    <w:p>
      <w:pPr>
        <w:pStyle w:val="Heading2"/>
      </w:pPr>
      <w:r>
        <w:t>Questão 05</w:t>
      </w:r>
    </w:p>
    <w:p>
      <w:pPr>
        <w:keepLines/>
      </w:pPr>
      <w:r>
        <w:t>Leia o diálogo, extraído de uma crônica, e assinale a alternativa correta.</w:t>
      </w:r>
    </w:p>
    <w:p>
      <w:pPr>
        <w:keepLines/>
      </w:pPr>
      <w:r>
        <w:t>— Você tem macaco? — perguntou o homem. — Não — respondeu a moça. — Tudo bem, eu tenho — disse o homem — Você tem estepe? — Não — disse a moça.</w:t>
      </w:r>
    </w:p>
    <w:p>
      <w:pPr>
        <w:keepLines/>
      </w:pPr>
      <w:r>
        <w:t>— Vamos usar o meu — disse o homem.</w:t>
      </w:r>
    </w:p>
    <w:p>
      <w:pPr>
        <w:keepLines/>
      </w:pPr>
      <w:r>
        <w:rPr>
          <w:sz w:val="16"/>
        </w:rPr>
        <w:t>VERISSIMO, L. F. Pai não entende nada. L&amp;PM, 1991.</w:t>
      </w:r>
    </w:p>
    <w:p>
      <w:pPr>
        <w:keepLines/>
      </w:pPr>
      <w:r>
        <w:t>(A) O primeiro travessão poderia ser excluído de</w:t>
      </w:r>
    </w:p>
    <w:p>
      <w:pPr>
        <w:keepLines/>
      </w:pPr>
      <w:r>
        <w:t>cada fala, sem alteração de sentido.</w:t>
      </w:r>
    </w:p>
    <w:p>
      <w:pPr>
        <w:keepLines/>
      </w:pPr>
      <w:r>
        <w:t>(B) O segundo travessão poderia ser excluído de cada fala, sem alteração de sentido.</w:t>
      </w:r>
    </w:p>
    <w:p>
      <w:pPr>
        <w:keepLines/>
      </w:pPr>
      <w:r>
        <w:t>(C) O primeiro travessão é para marcar um espaço da primeira linha.</w:t>
      </w:r>
    </w:p>
    <w:p>
      <w:pPr>
        <w:keepLines/>
      </w:pPr>
      <w:r>
        <w:t>(D) O segundo travessão é para isolar a voz do narrador.</w:t>
      </w:r>
    </w:p>
    <w:p>
      <w:pPr>
        <w:pStyle w:val="Heading2"/>
      </w:pPr>
      <w:r>
        <w:t>Questão 06</w:t>
      </w:r>
    </w:p>
    <w:p>
      <w:pPr>
        <w:keepLines/>
      </w:pPr>
      <w:r>
        <w:t>Leia o texto para responder à questão.</w:t>
      </w:r>
    </w:p>
    <w:p>
      <w:pPr>
        <w:keepLines/>
      </w:pPr>
      <w:r>
        <w:t>A FORMIGUINHA TINHOSA</w:t>
      </w:r>
    </w:p>
    <w:p>
      <w:pPr>
        <w:keepLines/>
      </w:pPr>
      <w:r>
        <w:t>A gente, que gosta de se entreter com a função das formigas, não imagina o quanto elas podem ser tinhosas.</w:t>
      </w:r>
    </w:p>
    <w:p>
      <w:pPr>
        <w:keepLines/>
      </w:pPr>
      <w:r>
        <w:t>Pois a de nossa história, quando punha uma coisa na cabeça, não havia quem tirasse a tal coisa de lá.</w:t>
      </w:r>
    </w:p>
    <w:p>
      <w:pPr>
        <w:keepLines/>
      </w:pPr>
      <w:r>
        <w:t>Muito prendada, a senhora formiguinha sabia fazer artes do arco da velha. No artesanato com cera, então, era mestra!</w:t>
      </w:r>
    </w:p>
    <w:p>
      <w:pPr>
        <w:keepLines/>
      </w:pPr>
      <w:r>
        <w:t>Certa feita, ela fabricou uma linda rosa de cera que pretendia oferecer à prima no dia de seu aniversário. Terminada a obra, pousou-a sobre uma pedra e foi descansar. Na volta, pra sua surpresa, encontrou a rosa derretida, por conta do calor do dia.</w:t>
      </w:r>
    </w:p>
    <w:p>
      <w:pPr>
        <w:keepLines/>
      </w:pPr>
      <w:r>
        <w:rPr>
          <w:sz w:val="16"/>
        </w:rPr>
        <w:t>SAVARY, Flávia. De carona na carochinha. Ilustrações Laurent Cardon. São Paulo: Editora Globo, 2012. Fragmento.</w:t>
      </w:r>
    </w:p>
    <w:p>
      <w:pPr>
        <w:keepLines/>
      </w:pPr>
      <w:r>
        <w:t>No texto, o adjetivo tinhosas significa o mesmo que</w:t>
      </w:r>
    </w:p>
    <w:p>
      <w:pPr>
        <w:keepLines/>
      </w:pPr>
      <w:r>
        <w:t>(A) famosas.</w:t>
      </w:r>
    </w:p>
    <w:p>
      <w:pPr>
        <w:keepLines/>
      </w:pPr>
      <w:r>
        <w:t>(B) vaidosas.</w:t>
      </w:r>
    </w:p>
    <w:p>
      <w:pPr>
        <w:keepLines/>
      </w:pPr>
      <w:r>
        <w:t>(C) teimosas.</w:t>
      </w:r>
    </w:p>
    <w:p>
      <w:pPr>
        <w:keepLines/>
      </w:pPr>
      <w:r>
        <w:t>(D) piedosas.</w:t>
      </w:r>
    </w:p>
    <w:p>
      <w:pPr>
        <w:pStyle w:val="Heading2"/>
      </w:pPr>
      <w:r>
        <w:t>Questão 07</w:t>
      </w:r>
    </w:p>
    <w:p>
      <w:pPr>
        <w:keepLines/>
      </w:pPr>
      <w:r>
        <w:t>Leia o texto para responder à questão.</w:t>
      </w:r>
    </w:p>
    <w:p>
      <w:pPr>
        <w:keepLines/>
      </w:pPr>
      <w:r>
        <w:t xml:space="preserve">Agora, adivinha quem contribui um bocado para o aumento da distribuição de espécies exóticas? Se você respondeu nós, humanos, acertou. O ser humano tem feito </w:t>
      </w:r>
      <w:r>
        <w:rPr>
          <w:b/>
          <w:u w:val="single"/>
        </w:rPr>
        <w:t>isso</w:t>
      </w:r>
      <w:r>
        <w:t xml:space="preserve"> de diferentes formas: seja intencionalmente, trazendo, por exemplo, uma planta de determinada localidade para outra ou importando peixes ornamentais; seja acidentalmente, levando de um lugar a outro, por exemplo, alguma espécie agarrada nas embarcações.</w:t>
      </w:r>
    </w:p>
    <w:p>
      <w:pPr>
        <w:keepLines/>
      </w:pPr>
      <w:r>
        <w:rPr>
          <w:sz w:val="16"/>
        </w:rPr>
        <w:t>Disponível em: https://chc.org.br/artigo/de-onde-voce-vem/. Acesso em: 19 abr. 2024.</w:t>
      </w:r>
    </w:p>
    <w:p>
      <w:pPr>
        <w:keepLines/>
      </w:pPr>
      <w:r>
        <w:t>A palavra grifada no texto faz referência a:</w:t>
      </w:r>
    </w:p>
    <w:p>
      <w:pPr>
        <w:keepLines/>
      </w:pPr>
      <w:r>
        <w:t>(A) "...trazendo, por exemplo, uma planta...".</w:t>
      </w:r>
    </w:p>
    <w:p>
      <w:pPr>
        <w:keepLines/>
      </w:pPr>
      <w:r>
        <w:t>(B) "...seja acidentalmente, levando de um lugar a outro...".</w:t>
      </w:r>
    </w:p>
    <w:p>
      <w:pPr>
        <w:keepLines/>
      </w:pPr>
      <w:r>
        <w:t>(C) "...alguma espécie agarrada nas embarcações".</w:t>
      </w:r>
    </w:p>
    <w:p>
      <w:pPr>
        <w:keepLines/>
      </w:pPr>
      <w:r>
        <w:t>(D) "... o aumento da distribuição de espécies exóticas?".</w:t>
      </w:r>
    </w:p>
    <w:p>
      <w:pPr>
        <w:pStyle w:val="Heading2"/>
      </w:pPr>
      <w:r>
        <w:t>Questão 08</w:t>
      </w:r>
    </w:p>
    <w:p>
      <w:pPr>
        <w:keepLines/>
      </w:pPr>
      <w:r>
        <w:t>Leia o texto para responder à questão.</w:t>
      </w:r>
    </w:p>
    <w:p>
      <w:pPr>
        <w:keepLines/>
      </w:pPr>
      <w:r>
        <w:t>BRASIL | 22 DE MARÇO DE 2017</w:t>
      </w:r>
    </w:p>
    <w:p>
      <w:pPr>
        <w:keepLines/>
      </w:pPr>
      <w:r>
        <w:t>Dia Mundial da Água alerta sobre os rios brasileiros</w:t>
      </w:r>
    </w:p>
    <w:p>
      <w:pPr>
        <w:keepLines/>
      </w:pPr>
      <w:r>
        <w:t>Hoje é o dia Mundial da Água, uma data criada para que as pessoas se conscientizem do quanto é importante cuidar desse bem natural.</w:t>
      </w:r>
    </w:p>
    <w:p>
      <w:pPr>
        <w:keepLines/>
      </w:pPr>
      <w:r>
        <w:t>Hoje, porém, o Brasil não tem motivos para comemorar. A Fundação SOS Mata Atlântica divulgou um relatório com dados tristes: quase 30% dos rios brasileiros estão mortos, ou seja, não servem pra nada... não matam a sede dos animais, não irrigam plantações, não abastecem as casas, não servem para consumo humano e não têm peixes.</w:t>
      </w:r>
    </w:p>
    <w:p>
      <w:pPr>
        <w:keepLines/>
      </w:pPr>
      <w:r>
        <w:t>O documento mostra a análise de 1607 pontos de água em 73 municípios de 11 estados [...]</w:t>
      </w:r>
    </w:p>
    <w:p>
      <w:pPr>
        <w:keepLines/>
      </w:pPr>
      <w:r>
        <w:t>A Fundação alerta que, com a conscientização dos habitantes em não poluir cidades e rios, o cenário pode melhorar.</w:t>
      </w:r>
    </w:p>
    <w:p>
      <w:pPr>
        <w:keepLines/>
      </w:pPr>
      <w:r>
        <w:t>A principal causa da poluição dos rios é o despejo de esgoto das casas, o uso de agrotóxicos que poluem as margens e o desmatamento, afirma a Fundação.</w:t>
      </w:r>
    </w:p>
    <w:p>
      <w:pPr>
        <w:keepLines/>
      </w:pPr>
      <w:r>
        <w:t>O Brasil é um dos países que mais possui água em seu território, com 12% do total mundial de água doce.</w:t>
      </w:r>
    </w:p>
    <w:p>
      <w:pPr>
        <w:keepLines/>
      </w:pPr>
      <w:r>
        <w:rPr>
          <w:sz w:val="16"/>
        </w:rPr>
        <w:t>Disponível em: https://www.jornaljoca.com.br/dia-mundial-da-agua-alerta-sobre-os-rios-brasileiros/. Acesso em: 14 dez. 2023. Adaptado.</w:t>
      </w:r>
    </w:p>
    <w:p>
      <w:pPr>
        <w:keepLines/>
      </w:pPr>
      <w:r>
        <w:t>A reportagem trata sobre:</w:t>
      </w:r>
    </w:p>
    <w:p>
      <w:pPr>
        <w:keepLines/>
      </w:pPr>
      <w:r>
        <w:t>(A) A despoluição dos rios brasileiros.</w:t>
      </w:r>
    </w:p>
    <w:p>
      <w:pPr>
        <w:keepLines/>
      </w:pPr>
      <w:r>
        <w:t>(B) A ausência de água doce no planeta.</w:t>
      </w:r>
    </w:p>
    <w:p>
      <w:pPr>
        <w:keepLines/>
      </w:pPr>
      <w:r>
        <w:t>(C) A comemoração do Dia Mundial da Água.</w:t>
      </w:r>
    </w:p>
    <w:p>
      <w:pPr>
        <w:keepLines/>
      </w:pPr>
      <w:r>
        <w:t>(D) A preocupante situação dos rios brasileiros.</w:t>
      </w:r>
    </w:p>
    <w:p>
      <w:pPr>
        <w:pStyle w:val="Heading2"/>
      </w:pPr>
      <w:r>
        <w:t>Questão 09</w:t>
      </w:r>
    </w:p>
    <w:p>
      <w:pPr>
        <w:keepLines/>
      </w:pPr>
      <w:r>
        <w:t>Leia o texto para responder à questão.</w:t>
      </w:r>
    </w:p>
    <w:p>
      <w:pPr>
        <w:keepLines/>
      </w:pPr>
      <w:r>
        <w:t>CORAÇÃO-SOZINHO</w:t>
      </w:r>
    </w:p>
    <w:p>
      <w:pPr>
        <w:keepLines/>
      </w:pPr>
      <w:r>
        <w:t>O Leão e a Leoa tiveram três filhos; um deu a si próprio o nome de Coração-Sozinho, o outro escolheu o de Coração-com-a-Mãe e o terceiro o de Coração-com-o-Pai.</w:t>
      </w:r>
    </w:p>
    <w:p>
      <w:pPr>
        <w:keepLines/>
      </w:pPr>
      <w:r>
        <w:t>Coração-Sozinho encontrou um porco e apanhou-o, mas não havia quem o ajudasse porque o seu nome era Coração-Sozinho.</w:t>
      </w:r>
    </w:p>
    <w:p>
      <w:pPr>
        <w:keepLines/>
      </w:pPr>
      <w:r>
        <w:t>Coração-com-a-Mãe encontrou um porco, apanhou-o e sua mãe veio logo para o ajudar a matar o animal. Comeram-no ambos.</w:t>
      </w:r>
    </w:p>
    <w:p>
      <w:pPr>
        <w:keepLines/>
      </w:pPr>
      <w:r>
        <w:t>Coração-com-o-Pai apanhou também um porco. O pai veio logo para o ajudar. Mataram o porco e comeram-no os dois.</w:t>
      </w:r>
    </w:p>
    <w:p>
      <w:pPr>
        <w:keepLines/>
      </w:pPr>
      <w:r>
        <w:t>Coração-Sozinho encontrou outro porco, apanhou-o, mas não conseguia matá-lo.</w:t>
      </w:r>
    </w:p>
    <w:p>
      <w:pPr>
        <w:keepLines/>
      </w:pPr>
      <w:r>
        <w:t>Ninguém foi em seu auxílio. Coração-Sozinho continuou nas suas caçadas, sem ajuda de ninguém. Começou a emagrecer, a emagrecer, até que um dia morreu.</w:t>
      </w:r>
    </w:p>
    <w:p>
      <w:pPr>
        <w:keepLines/>
      </w:pPr>
      <w:r>
        <w:t xml:space="preserve">Os outros continuaram cheios de saúde por não terem </w:t>
      </w:r>
      <w:r>
        <w:rPr>
          <w:b/>
          <w:u w:val="single"/>
        </w:rPr>
        <w:t>um coração sozinho.</w:t>
      </w:r>
      <w:r/>
    </w:p>
    <w:p>
      <w:pPr>
        <w:keepLines/>
      </w:pPr>
      <w:r>
        <w:rPr>
          <w:sz w:val="16"/>
        </w:rPr>
        <w:t>Contos Moçambicanos: INLD, 1979. Disponível em: http://www.historiaviva.org.br/Default/Historias_encantadas/48/conto-africano-coracaosozinho. Acesso em: 28 nov. 2024.</w:t>
      </w:r>
    </w:p>
    <w:p>
      <w:pPr>
        <w:keepLines/>
      </w:pPr>
      <w:r>
        <w:t>No último parágrafo do texto, o termo em destaque está em letra minúscula pois</w:t>
      </w:r>
    </w:p>
    <w:p>
      <w:pPr>
        <w:keepLines/>
      </w:pPr>
      <w:r>
        <w:t>(A) designa um grupo específico de leões da savana.</w:t>
      </w:r>
    </w:p>
    <w:p>
      <w:pPr>
        <w:keepLines/>
      </w:pPr>
      <w:r>
        <w:t>(B) denomina um ser vivo que tem apenas um coração.</w:t>
      </w:r>
    </w:p>
    <w:p>
      <w:pPr>
        <w:keepLines/>
      </w:pPr>
      <w:r>
        <w:t>(C) representa o nome próprio de uma das</w:t>
      </w:r>
    </w:p>
    <w:p>
      <w:pPr>
        <w:keepLines/>
      </w:pPr>
      <w:r>
        <w:t>personagens.</w:t>
      </w:r>
    </w:p>
    <w:p>
      <w:pPr>
        <w:keepLines/>
      </w:pPr>
      <w:r>
        <w:t>(D) possui o sentido de alguém que vive sem contar com os outros.</w:t>
      </w:r>
    </w:p>
    <w:p>
      <w:pPr>
        <w:pStyle w:val="Heading2"/>
      </w:pPr>
      <w:r>
        <w:t>Questão 10</w:t>
      </w:r>
    </w:p>
    <w:p>
      <w:pPr>
        <w:keepLines/>
      </w:pPr>
      <w:r>
        <w:t>Leia o texto para responder à questão.</w:t>
      </w:r>
    </w:p>
    <w:p>
      <w:pPr>
        <w:keepLines/>
      </w:pPr>
      <w:r>
        <w:t>Borboletas</w:t>
      </w:r>
    </w:p>
    <w:p>
      <w:pPr>
        <w:keepLines/>
      </w:pPr>
      <w:r>
        <w:t>Manoel de Barros</w:t>
      </w:r>
    </w:p>
    <w:p>
      <w:pPr>
        <w:keepLines/>
      </w:pPr>
      <w:r>
        <w:t>Borboletas me convidaram a elas.</w:t>
      </w:r>
    </w:p>
    <w:p>
      <w:pPr>
        <w:keepLines/>
      </w:pPr>
      <w:r>
        <w:t>O privilégio insetal de ser uma borboleta me</w:t>
      </w:r>
    </w:p>
    <w:p>
      <w:pPr>
        <w:keepLines/>
      </w:pPr>
      <w:r>
        <w:t>atraiu.</w:t>
      </w:r>
    </w:p>
    <w:p>
      <w:pPr>
        <w:keepLines/>
      </w:pPr>
      <w:r>
        <w:t>Por certo eu iria ter uma visão diferente dos</w:t>
      </w:r>
    </w:p>
    <w:p>
      <w:pPr>
        <w:keepLines/>
      </w:pPr>
      <w:r>
        <w:t>homens e das coisas.</w:t>
      </w:r>
    </w:p>
    <w:p>
      <w:pPr>
        <w:keepLines/>
      </w:pPr>
      <w:r>
        <w:t>Eu imaginava que o mundo visto de uma</w:t>
      </w:r>
    </w:p>
    <w:p>
      <w:pPr>
        <w:keepLines/>
      </w:pPr>
      <w:r>
        <w:t>borboleta seria, com certeza,</w:t>
      </w:r>
    </w:p>
    <w:p>
      <w:pPr>
        <w:keepLines/>
      </w:pPr>
      <w:r>
        <w:t>um mundo livre aos poemas.</w:t>
      </w:r>
    </w:p>
    <w:p>
      <w:pPr>
        <w:keepLines/>
      </w:pPr>
      <w:r>
        <w:t>Daquele ponto de vista:</w:t>
      </w:r>
    </w:p>
    <w:p>
      <w:pPr>
        <w:keepLines/>
      </w:pPr>
      <w:r>
        <w:t>Vi que as árvores são mais competentes em</w:t>
      </w:r>
    </w:p>
    <w:p>
      <w:pPr>
        <w:keepLines/>
      </w:pPr>
      <w:r>
        <w:t>auroras do que os homens.</w:t>
      </w:r>
    </w:p>
    <w:p>
      <w:pPr>
        <w:keepLines/>
      </w:pPr>
      <w:r>
        <w:t>Vi que as tardes são mais aproveitadas pelas</w:t>
      </w:r>
    </w:p>
    <w:p>
      <w:pPr>
        <w:keepLines/>
      </w:pPr>
      <w:r>
        <w:t>garças do que pelos homens.</w:t>
      </w:r>
    </w:p>
    <w:p>
      <w:pPr>
        <w:keepLines/>
      </w:pPr>
      <w:r>
        <w:t>Vi que as águas têm mais qualidade para a paz</w:t>
      </w:r>
    </w:p>
    <w:p>
      <w:pPr>
        <w:keepLines/>
      </w:pPr>
      <w:r>
        <w:t>do que os homens.</w:t>
      </w:r>
    </w:p>
    <w:p>
      <w:pPr>
        <w:keepLines/>
      </w:pPr>
      <w:r>
        <w:t>Vi que as andorinhas sabem mais das chuvas</w:t>
      </w:r>
    </w:p>
    <w:p>
      <w:pPr>
        <w:keepLines/>
      </w:pPr>
      <w:r>
        <w:t>do que os cientistas.</w:t>
      </w:r>
    </w:p>
    <w:p>
      <w:pPr>
        <w:keepLines/>
      </w:pPr>
      <w:r>
        <w:t>Poderia narrar muitas coisas ainda que pude ver</w:t>
      </w:r>
    </w:p>
    <w:p>
      <w:pPr>
        <w:keepLines/>
      </w:pPr>
      <w:r>
        <w:t>do ponto de vista de</w:t>
      </w:r>
    </w:p>
    <w:p>
      <w:pPr>
        <w:keepLines/>
      </w:pPr>
      <w:r>
        <w:t>uma borboleta.</w:t>
      </w:r>
    </w:p>
    <w:p>
      <w:pPr>
        <w:keepLines/>
      </w:pPr>
      <w:r>
        <w:t>Ali até o meu fascínio era azul.</w:t>
      </w:r>
    </w:p>
    <w:p>
      <w:pPr>
        <w:keepLines/>
      </w:pPr>
      <w:r>
        <w:rPr>
          <w:sz w:val="16"/>
        </w:rPr>
        <w:t>Disponível em: https://encurtador.com.br/181xl. Acesso em: 18 dez. 2024.</w:t>
      </w:r>
    </w:p>
    <w:p>
      <w:pPr>
        <w:keepLines/>
      </w:pPr>
      <w:r>
        <w:t>O tema do poema é</w:t>
      </w:r>
    </w:p>
    <w:p>
      <w:pPr>
        <w:keepLines/>
      </w:pPr>
      <w:r>
        <w:t>(A) a imperfeição da natureza frente aos estudos da</w:t>
      </w:r>
    </w:p>
    <w:p>
      <w:pPr>
        <w:keepLines/>
      </w:pPr>
      <w:r>
        <w:t>ciência.</w:t>
      </w:r>
    </w:p>
    <w:p>
      <w:pPr>
        <w:keepLines/>
      </w:pPr>
      <w:r>
        <w:t>(B) o ponto de vista de uma borboleta sobre o ser</w:t>
      </w:r>
    </w:p>
    <w:p>
      <w:pPr>
        <w:keepLines/>
      </w:pPr>
      <w:r>
        <w:t>humano.</w:t>
      </w:r>
    </w:p>
    <w:p>
      <w:pPr>
        <w:keepLines/>
      </w:pPr>
      <w:r>
        <w:t>(C) o convívio harmonioso entre o ser humano e a</w:t>
      </w:r>
    </w:p>
    <w:p>
      <w:pPr>
        <w:keepLines/>
      </w:pPr>
      <w:r>
        <w:t>natureza.</w:t>
      </w:r>
    </w:p>
    <w:p>
      <w:pPr>
        <w:keepLines/>
      </w:pPr>
      <w:r>
        <w:t>(D) a facilidade de elaborar poemas em meio a rios</w:t>
      </w:r>
    </w:p>
    <w:p>
      <w:pPr>
        <w:keepLines/>
      </w:pPr>
      <w:r>
        <w:t>e árvores.</w:t>
      </w:r>
    </w:p>
    <w:p>
      <w:pPr>
        <w:pStyle w:val="Heading2"/>
      </w:pPr>
      <w:r>
        <w:t>Questão 11</w:t>
      </w:r>
    </w:p>
    <w:p>
      <w:pPr>
        <w:keepLines/>
      </w:pPr>
      <w:r>
        <w:t>Observe a charge a seguir.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4297680" cy="241224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22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A ilustração sugere que o objetivo dessa charge é:</w:t>
      </w:r>
    </w:p>
    <w:p>
      <w:pPr>
        <w:keepLines/>
      </w:pPr>
      <w:r>
        <w:t>(A) Elogiar o trabalho árduo do lenhador.</w:t>
      </w:r>
    </w:p>
    <w:p>
      <w:pPr>
        <w:keepLines/>
      </w:pPr>
      <w:r>
        <w:t>(B) Incentivar a atividade de derrubada de árvores.</w:t>
      </w:r>
    </w:p>
    <w:p>
      <w:pPr>
        <w:keepLines/>
      </w:pPr>
      <w:r>
        <w:t>(C) Ironizar sobre a busca por sombra após destruir a floresta.</w:t>
      </w:r>
    </w:p>
    <w:p>
      <w:pPr>
        <w:keepLines/>
      </w:pPr>
      <w:r>
        <w:t>(D) Desvalorizar a importância das árvores no meio ambiente.</w:t>
      </w:r>
    </w:p>
    <w:p>
      <w:pPr>
        <w:pStyle w:val="Heading2"/>
      </w:pPr>
      <w:r>
        <w:t>Questão 12</w:t>
      </w:r>
    </w:p>
    <w:p>
      <w:pPr>
        <w:keepLines/>
      </w:pPr>
      <w:r>
        <w:t>Autobiografia: narração sobre a vida de um indivíduo, escrita pelo próprio, sob forma documental, ou seja, é uma prosa que uma pessoa real faz de sua própria existência, acentuando a vida individual, em particular, sobre a história de sua personalidade. [...] a autobiografia se distingue do romance pelo fato de o autor pretender contar fatos e não ficções. Outra propriedade [...] importante é a coincidência entre autor e narrador e do autor com a personagem principal. [...]</w:t>
      </w:r>
    </w:p>
    <w:p>
      <w:pPr>
        <w:keepLines/>
      </w:pPr>
      <w:r>
        <w:rPr>
          <w:sz w:val="16"/>
        </w:rPr>
        <w:t>COSTA, S. R. Dicionário de gêneros textuais. Belo Horizonte: Autêntica, 2008.</w:t>
      </w:r>
    </w:p>
    <w:p>
      <w:pPr>
        <w:keepLines/>
      </w:pPr>
      <w:r>
        <w:t>Qual das opções apresenta uma informação verdadeira sobre o gênero autobiografia?</w:t>
      </w:r>
    </w:p>
    <w:p>
      <w:pPr>
        <w:keepLines/>
      </w:pPr>
      <w:r>
        <w:t>(A) A autobiografia deve conter desvios gramaticais porque é escrita como se fala.</w:t>
      </w:r>
    </w:p>
    <w:p>
      <w:pPr>
        <w:keepLines/>
      </w:pPr>
      <w:r>
        <w:t>(B) Na autobiografia, o autor é também o narrador da história.</w:t>
      </w:r>
    </w:p>
    <w:p>
      <w:pPr>
        <w:keepLines/>
      </w:pPr>
      <w:r>
        <w:t>(C) A autobiografia deve conter pouquíssimos detalhes.</w:t>
      </w:r>
    </w:p>
    <w:p>
      <w:pPr>
        <w:keepLines/>
      </w:pPr>
      <w:r>
        <w:t>(D) O autor narra a vida completa de outra pessoa.</w:t>
      </w:r>
    </w:p>
    <w:p>
      <w:pPr>
        <w:pStyle w:val="Heading2"/>
      </w:pPr>
      <w:r>
        <w:t>Questão 13</w:t>
      </w:r>
    </w:p>
    <w:p>
      <w:pPr>
        <w:keepLines/>
      </w:pPr>
      <w:r>
        <w:t>Leia o texto para responder à questão.</w:t>
      </w:r>
    </w:p>
    <w:p>
      <w:pPr>
        <w:keepLines/>
      </w:pPr>
      <w:r>
        <w:t>Bilhete</w:t>
      </w:r>
    </w:p>
    <w:p>
      <w:pPr>
        <w:keepLines/>
      </w:pPr>
      <w:r>
        <w:t>Se tu me amas, ama-me baixinho</w:t>
      </w:r>
    </w:p>
    <w:p>
      <w:pPr>
        <w:keepLines/>
      </w:pPr>
      <w:r>
        <w:t>Não o grites de cima dos telhados</w:t>
      </w:r>
    </w:p>
    <w:p>
      <w:pPr>
        <w:keepLines/>
      </w:pPr>
      <w:r>
        <w:t>Deixa em paz os passarinhos</w:t>
      </w:r>
    </w:p>
    <w:p>
      <w:pPr>
        <w:keepLines/>
      </w:pPr>
      <w:r>
        <w:t>Deixa em paz a mim!</w:t>
      </w:r>
    </w:p>
    <w:p>
      <w:pPr>
        <w:keepLines/>
      </w:pPr>
      <w:r>
        <w:t>Se me queres,</w:t>
      </w:r>
    </w:p>
    <w:p>
      <w:pPr>
        <w:keepLines/>
      </w:pPr>
      <w:r>
        <w:t>enfim,</w:t>
      </w:r>
    </w:p>
    <w:p>
      <w:pPr>
        <w:keepLines/>
      </w:pPr>
      <w:r>
        <w:t>tem de ser bem devagarinho, Amada,</w:t>
      </w:r>
    </w:p>
    <w:p>
      <w:pPr>
        <w:keepLines/>
      </w:pPr>
      <w:r>
        <w:t>que a vida é breve, e o amor mais breve ainda...</w:t>
      </w:r>
    </w:p>
    <w:p>
      <w:pPr>
        <w:keepLines/>
      </w:pPr>
      <w:r>
        <w:rPr>
          <w:sz w:val="16"/>
        </w:rPr>
        <w:t>Disponível em: https://encurtador.com.br/JZFdR. Acesso em: 17 dez.</w:t>
      </w:r>
    </w:p>
    <w:p>
      <w:pPr>
        <w:keepLines/>
      </w:pPr>
      <w:r>
        <w:t>2024.</w:t>
      </w:r>
    </w:p>
    <w:p>
      <w:pPr>
        <w:keepLines/>
      </w:pPr>
      <w:r>
        <w:t>A expressividade do poema de Mário Quintana é</w:t>
      </w:r>
    </w:p>
    <w:p>
      <w:pPr>
        <w:keepLines/>
      </w:pPr>
      <w:r>
        <w:t>marcada pelo uso de rimas, presentes em:</w:t>
      </w:r>
    </w:p>
    <w:p>
      <w:pPr>
        <w:keepLines/>
      </w:pPr>
      <w:r>
        <w:t>(A) mim/enfim.</w:t>
      </w:r>
    </w:p>
    <w:p>
      <w:pPr>
        <w:keepLines/>
      </w:pPr>
      <w:r>
        <w:t>(B) breve/ainda.</w:t>
      </w:r>
    </w:p>
    <w:p>
      <w:pPr>
        <w:keepLines/>
      </w:pPr>
      <w:r>
        <w:t>(C) baixinho/telhados.</w:t>
      </w:r>
    </w:p>
    <w:p>
      <w:pPr>
        <w:keepLines/>
      </w:pPr>
      <w:r>
        <w:t>(D) passarinhos/queres.</w:t>
      </w:r>
    </w:p>
    <w:p>
      <w:pPr>
        <w:pStyle w:val="Heading2"/>
      </w:pPr>
      <w:r>
        <w:t>Questão 14</w:t>
      </w:r>
    </w:p>
    <w:p>
      <w:pPr>
        <w:keepLines/>
      </w:pPr>
      <w:r>
        <w:t>Leia o anúncio e responda à questão.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4211465" cy="28346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11465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É possível identificar o uso de uma antítese</w:t>
      </w:r>
    </w:p>
    <w:p>
      <w:pPr>
        <w:keepLines/>
      </w:pPr>
      <w:r>
        <w:t>presente no anúncio publicitário em:</w:t>
      </w:r>
    </w:p>
    <w:p>
      <w:pPr>
        <w:keepLines/>
      </w:pPr>
      <w:r>
        <w:t>(A) "Solidariedade e amor".</w:t>
      </w:r>
    </w:p>
    <w:p>
      <w:pPr>
        <w:keepLines/>
      </w:pPr>
      <w:r>
        <w:t>(B) "campanha do agasalho".</w:t>
      </w:r>
    </w:p>
    <w:p>
      <w:pPr>
        <w:keepLines/>
      </w:pPr>
      <w:r>
        <w:t>(C) "transformando o frio em calor".</w:t>
      </w:r>
    </w:p>
    <w:p>
      <w:pPr>
        <w:keepLines/>
      </w:pPr>
      <w:r>
        <w:t>(D) "amor, transformando o frio".</w:t>
      </w:r>
    </w:p>
    <w:p>
      <w:pPr>
        <w:pStyle w:val="Heading2"/>
      </w:pPr>
      <w:r>
        <w:t>Questão 15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2971615" cy="283463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71615" cy="2834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Um caso de variação linguística similar ao observado na tira de Armandinho é encontrado em qual das alternativas a seguir?</w:t>
      </w:r>
    </w:p>
    <w:p>
      <w:pPr>
        <w:keepLines/>
      </w:pPr>
      <w:r>
        <w:t>(A) Uso de "bergamota" ou "tangerina" referindo-se a uma fruta cítrica, de sabor adocicado, formada</w:t>
      </w:r>
    </w:p>
    <w:p>
      <w:pPr>
        <w:keepLines/>
      </w:pPr>
      <w:r>
        <w:t>por gomos.</w:t>
      </w:r>
    </w:p>
    <w:p>
      <w:pPr>
        <w:keepLines/>
      </w:pPr>
      <w:r>
        <w:t>(B) Emprego de "mulher" ou "muié" referindo-se a uma pessoa do gênero feminino.</w:t>
      </w:r>
    </w:p>
    <w:p>
      <w:pPr>
        <w:keepLines/>
      </w:pPr>
      <w:r>
        <w:t>(C) Uso de "vossa mercê" ou de "você" para se referir à pessoa com quem se fala.</w:t>
      </w:r>
    </w:p>
    <w:p>
      <w:pPr>
        <w:keepLines/>
      </w:pPr>
      <w:r>
        <w:t>(D) Emprego de "pão" ou "gato" para se referir a um homem bonito.</w:t>
      </w:r>
    </w:p>
    <w:p>
      <w:pPr>
        <w:pStyle w:val="Heading2"/>
      </w:pPr>
      <w:r>
        <w:t>Questão 16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4297680" cy="187094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8709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sz w:val="16"/>
        </w:rPr>
        <w:t>SOUZA, Mauricio de. Revista da Mônica. São Paulo: Globo, jun. 1990.</w:t>
      </w:r>
    </w:p>
    <w:p>
      <w:pPr>
        <w:keepLines/>
      </w:pPr>
      <w:r>
        <w:t>No terceiro quadrinho, ao perceber os balões de diálogo vazios, Cebolinha demonstra desespero, mas logo supera. Considerando o desfecho da história, a mensagem transmitida é a de que:</w:t>
      </w:r>
    </w:p>
    <w:p>
      <w:pPr>
        <w:keepLines/>
      </w:pPr>
      <w:r>
        <w:t>(A) é importante aproveitar a juventude enquanto se pode.</w:t>
      </w:r>
    </w:p>
    <w:p>
      <w:pPr>
        <w:keepLines/>
      </w:pPr>
      <w:r>
        <w:t>(B) não é preciso palavras para que haja comunicação.</w:t>
      </w:r>
    </w:p>
    <w:p>
      <w:pPr>
        <w:keepLines/>
      </w:pPr>
      <w:r>
        <w:t>(C) a fantasia da criança substitui qualquer problema.</w:t>
      </w:r>
    </w:p>
    <w:p>
      <w:pPr>
        <w:keepLines/>
      </w:pPr>
      <w:r>
        <w:t>(D) o sentimento de raiva não leva a lugar algum.</w:t>
      </w:r>
    </w:p>
    <w:p>
      <w:pPr>
        <w:pStyle w:val="Heading2"/>
      </w:pPr>
      <w:r>
        <w:t>Questão 17</w:t>
      </w:r>
    </w:p>
    <w:p>
      <w:pPr>
        <w:keepLines/>
      </w:pPr>
      <w:r>
        <w:t>Leia a seguinte anedota.</w:t>
      </w:r>
    </w:p>
    <w:p>
      <w:pPr>
        <w:keepLines/>
      </w:pPr>
      <w:r>
        <w:t>Na delegacia</w:t>
      </w:r>
    </w:p>
    <w:p>
      <w:pPr>
        <w:keepLines/>
      </w:pPr>
      <w:r>
        <w:t>A mulher chega na delegacia e diz: — Seu delegado, meu marido saiu de casa ontem à noite, disse que ia comprar arroz e até agora não voltou. O que eu faço, doutor? — Sei lá, faz macarrão!</w:t>
      </w:r>
    </w:p>
    <w:p>
      <w:pPr>
        <w:keepLines/>
      </w:pPr>
      <w:r>
        <w:rPr>
          <w:sz w:val="16"/>
        </w:rPr>
        <w:t>Disponível em: http://www.piadas.com.br. Acesso em: 08 jul. 2019.</w:t>
      </w:r>
    </w:p>
    <w:p>
      <w:pPr>
        <w:keepLines/>
      </w:pPr>
      <w:r>
        <w:t>No texto, o efeito humorístico:</w:t>
      </w:r>
    </w:p>
    <w:p>
      <w:pPr>
        <w:keepLines/>
      </w:pPr>
      <w:r>
        <w:t>(A) reside no fato de uma das personagens atribuir sentido diferente ao que foi veiculado na pergunta do outro.</w:t>
      </w:r>
    </w:p>
    <w:p>
      <w:pPr>
        <w:keepLines/>
      </w:pPr>
      <w:r>
        <w:t>(B) é decorrente da forma incorreta de a mulher usar a linguagem.</w:t>
      </w:r>
    </w:p>
    <w:p>
      <w:pPr>
        <w:keepLines/>
      </w:pPr>
      <w:r>
        <w:t>(C) está na atitude do delegado ao não responder à mulher de forma eficaz e apresentar um discurso autoritário.</w:t>
      </w:r>
    </w:p>
    <w:p>
      <w:pPr>
        <w:keepLines/>
      </w:pPr>
      <w:r>
        <w:t>(D) encontra-se no fato de uma mulher procurar a delegacia para resolver um problema particular.</w:t>
      </w:r>
    </w:p>
    <w:p>
      <w:pPr>
        <w:pStyle w:val="Heading2"/>
      </w:pPr>
      <w:r>
        <w:t>Questão 18</w:t>
      </w:r>
    </w:p>
    <w:p>
      <w:pPr>
        <w:keepLines/>
      </w:pPr>
      <w:r>
        <w:t>Leia o texto para responder à questão.</w:t>
      </w:r>
    </w:p>
    <w:p>
      <w:pPr>
        <w:keepLines/>
      </w:pPr>
      <w:r>
        <w:t>SEGREDO</w:t>
      </w:r>
    </w:p>
    <w:p>
      <w:pPr>
        <w:keepLines/>
      </w:pPr>
      <w:r>
        <w:t>Andorinha no fio</w:t>
      </w:r>
    </w:p>
    <w:p>
      <w:pPr>
        <w:keepLines/>
      </w:pPr>
      <w:r>
        <w:t>escutou um segredo.</w:t>
      </w:r>
    </w:p>
    <w:p>
      <w:pPr>
        <w:keepLines/>
      </w:pPr>
      <w:r>
        <w:t>Foi à torre da igreja,</w:t>
      </w:r>
    </w:p>
    <w:p>
      <w:pPr>
        <w:keepLines/>
      </w:pPr>
      <w:r>
        <w:t>cochichou com o sino.</w:t>
      </w:r>
    </w:p>
    <w:p>
      <w:pPr>
        <w:keepLines/>
      </w:pPr>
      <w:r>
        <w:t>E o sino bem alto:</w:t>
      </w:r>
    </w:p>
    <w:p>
      <w:pPr>
        <w:keepLines/>
      </w:pPr>
      <w:r>
        <w:t>delém-dem</w:t>
      </w:r>
    </w:p>
    <w:p>
      <w:pPr>
        <w:keepLines/>
      </w:pPr>
      <w:r>
        <w:t>delém-dem</w:t>
      </w:r>
    </w:p>
    <w:p>
      <w:pPr>
        <w:keepLines/>
      </w:pPr>
      <w:r>
        <w:t>delém-dem</w:t>
      </w:r>
    </w:p>
    <w:p>
      <w:pPr>
        <w:keepLines/>
      </w:pPr>
      <w:r>
        <w:t>dem-dem!</w:t>
      </w:r>
    </w:p>
    <w:p>
      <w:pPr>
        <w:keepLines/>
      </w:pPr>
      <w:r>
        <w:t>Toda a cidade</w:t>
      </w:r>
    </w:p>
    <w:p>
      <w:pPr>
        <w:keepLines/>
      </w:pPr>
      <w:r>
        <w:t>ficou sabendo.</w:t>
      </w:r>
    </w:p>
    <w:p>
      <w:pPr>
        <w:keepLines/>
      </w:pPr>
      <w:r>
        <w:rPr>
          <w:sz w:val="16"/>
        </w:rPr>
        <w:t>Disponível em:</w:t>
      </w:r>
    </w:p>
    <w:p>
      <w:pPr>
        <w:keepLines/>
      </w:pPr>
      <w:r>
        <w:t>www.antoniomiranda.com.br/poesia_infantil/henriqueta_lisboa.html.</w:t>
      </w:r>
    </w:p>
    <w:p>
      <w:pPr>
        <w:keepLines/>
      </w:pPr>
      <w:r>
        <w:t>Acesso em: 02.04.2017. Adaptado.</w:t>
      </w:r>
    </w:p>
    <w:p>
      <w:pPr>
        <w:keepLines/>
      </w:pPr>
      <w:r>
        <w:t>Considerando que a personificação atribui</w:t>
      </w:r>
    </w:p>
    <w:p>
      <w:pPr>
        <w:keepLines/>
      </w:pPr>
      <w:r>
        <w:t>características humanas a objetos ou animais, é</w:t>
      </w:r>
    </w:p>
    <w:p>
      <w:pPr>
        <w:keepLines/>
      </w:pPr>
      <w:r>
        <w:t>correto afirmar que, no poema Segredo, a</w:t>
      </w:r>
    </w:p>
    <w:p>
      <w:pPr>
        <w:keepLines/>
      </w:pPr>
      <w:r>
        <w:t>personificação ocorre em:</w:t>
      </w:r>
    </w:p>
    <w:p>
      <w:pPr>
        <w:keepLines/>
      </w:pPr>
      <w:r>
        <w:t>(A) "Andorinha no fio".</w:t>
      </w:r>
    </w:p>
    <w:p>
      <w:pPr>
        <w:keepLines/>
      </w:pPr>
      <w:r>
        <w:t>(B) "Foi à torre da igreja".</w:t>
      </w:r>
    </w:p>
    <w:p>
      <w:pPr>
        <w:keepLines/>
      </w:pPr>
      <w:r>
        <w:t>(C) "cochichou com o sino".</w:t>
      </w:r>
    </w:p>
    <w:p>
      <w:pPr>
        <w:keepLines/>
      </w:pPr>
      <w:r>
        <w:t>(D) "Toda a cidade".</w:t>
      </w:r>
    </w:p>
    <w:p>
      <w:pPr>
        <w:pStyle w:val="Heading2"/>
      </w:pPr>
      <w:r>
        <w:t>Questão 19</w:t>
      </w:r>
    </w:p>
    <w:p>
      <w:pPr>
        <w:keepLines/>
      </w:pPr>
      <w:r>
        <w:t>Leia o texto para responder à questão.</w:t>
      </w:r>
    </w:p>
    <w:p>
      <w:pPr>
        <w:keepLines/>
      </w:pPr>
      <w:r>
        <w:t>Trem de Ferro</w:t>
      </w:r>
    </w:p>
    <w:p>
      <w:pPr>
        <w:keepLines/>
      </w:pPr>
      <w:r>
        <w:t>Manuel Bandeira</w:t>
      </w:r>
    </w:p>
    <w:p>
      <w:pPr>
        <w:keepLines/>
      </w:pPr>
      <w:r>
        <w:t>Café com pão</w:t>
      </w:r>
    </w:p>
    <w:p>
      <w:pPr>
        <w:keepLines/>
      </w:pPr>
      <w:r>
        <w:t>Café com pão</w:t>
      </w:r>
    </w:p>
    <w:p>
      <w:pPr>
        <w:keepLines/>
      </w:pPr>
      <w:r>
        <w:t>Café com pão</w:t>
      </w:r>
    </w:p>
    <w:p>
      <w:pPr>
        <w:keepLines/>
      </w:pPr>
      <w:r>
        <w:t>Virge Maria que foi isto maquinista?</w:t>
      </w:r>
    </w:p>
    <w:p>
      <w:pPr>
        <w:keepLines/>
      </w:pPr>
      <w:r>
        <w:t>Agora sim</w:t>
      </w:r>
    </w:p>
    <w:p>
      <w:pPr>
        <w:keepLines/>
      </w:pPr>
      <w:r>
        <w:t>Café com pão</w:t>
      </w:r>
    </w:p>
    <w:p>
      <w:pPr>
        <w:keepLines/>
      </w:pPr>
      <w:r>
        <w:t>Agora sim</w:t>
      </w:r>
    </w:p>
    <w:p>
      <w:pPr>
        <w:keepLines/>
      </w:pPr>
      <w:r>
        <w:t>Voa, fumaça</w:t>
      </w:r>
    </w:p>
    <w:p>
      <w:pPr>
        <w:keepLines/>
      </w:pPr>
      <w:r>
        <w:t>Corre, cerca</w:t>
      </w:r>
    </w:p>
    <w:p>
      <w:pPr>
        <w:keepLines/>
      </w:pPr>
      <w:r>
        <w:t>Ai seu foguista</w:t>
      </w:r>
    </w:p>
    <w:p>
      <w:pPr>
        <w:keepLines/>
      </w:pPr>
      <w:r>
        <w:t>Bota fogo</w:t>
      </w:r>
    </w:p>
    <w:p>
      <w:pPr>
        <w:keepLines/>
      </w:pPr>
      <w:r>
        <w:t>Na fornalha</w:t>
      </w:r>
    </w:p>
    <w:p>
      <w:pPr>
        <w:keepLines/>
      </w:pPr>
      <w:r>
        <w:t>Que eu preciso</w:t>
      </w:r>
    </w:p>
    <w:p>
      <w:pPr>
        <w:keepLines/>
      </w:pPr>
      <w:r>
        <w:t>Muita força</w:t>
      </w:r>
    </w:p>
    <w:p>
      <w:pPr>
        <w:keepLines/>
      </w:pPr>
      <w:r>
        <w:t>Muita força</w:t>
      </w:r>
    </w:p>
    <w:p>
      <w:pPr>
        <w:keepLines/>
      </w:pPr>
      <w:r>
        <w:t>Muita força</w:t>
      </w:r>
    </w:p>
    <w:p>
      <w:pPr>
        <w:keepLines/>
      </w:pPr>
      <w:r>
        <w:rPr>
          <w:sz w:val="16"/>
        </w:rPr>
        <w:t>Disponível em:</w:t>
      </w:r>
    </w:p>
    <w:p>
      <w:pPr>
        <w:keepLines/>
      </w:pPr>
      <w:r>
        <w:t>http://www.macvirtual.usp.br/mac/templates/projetos/jogo/tremdeferro.asp</w:t>
      </w:r>
    </w:p>
    <w:p>
      <w:pPr>
        <w:keepLines/>
      </w:pPr>
      <w:r>
        <w:t>. Acesso em: 03 jul. 2024. Fragmento.</w:t>
      </w:r>
    </w:p>
    <w:p>
      <w:pPr>
        <w:keepLines/>
      </w:pPr>
      <w:r>
        <w:t>As figuras de linguagem são utilizadas para deixar</w:t>
      </w:r>
    </w:p>
    <w:p>
      <w:pPr>
        <w:keepLines/>
      </w:pPr>
      <w:r>
        <w:t>um texto mais expressivo. Podemos afirmar que no</w:t>
      </w:r>
    </w:p>
    <w:p>
      <w:pPr>
        <w:keepLines/>
      </w:pPr>
      <w:r>
        <w:t>poema acima há uma</w:t>
      </w:r>
    </w:p>
    <w:p>
      <w:pPr>
        <w:keepLines/>
      </w:pPr>
      <w:r>
        <w:t>(A) onomatopeia, devido ao efeito sonoro do trem</w:t>
      </w:r>
    </w:p>
    <w:p>
      <w:pPr>
        <w:keepLines/>
      </w:pPr>
      <w:r>
        <w:t>no poema.</w:t>
      </w:r>
    </w:p>
    <w:p>
      <w:pPr>
        <w:keepLines/>
      </w:pPr>
      <w:r>
        <w:t>(B) metáfora, devido à comparação entre o trem e o</w:t>
      </w:r>
    </w:p>
    <w:p>
      <w:pPr>
        <w:keepLines/>
      </w:pPr>
      <w:r>
        <w:t>café com pão.</w:t>
      </w:r>
    </w:p>
    <w:p>
      <w:pPr>
        <w:keepLines/>
      </w:pPr>
      <w:r>
        <w:t>(C) antítese, devido à oposição de ideias entre foge</w:t>
      </w:r>
    </w:p>
    <w:p>
      <w:pPr>
        <w:keepLines/>
      </w:pPr>
      <w:r>
        <w:t>e passa.</w:t>
      </w:r>
    </w:p>
    <w:p>
      <w:pPr>
        <w:keepLines/>
      </w:pPr>
      <w:r>
        <w:t>(D) personificação, devido ao foguista que bota fogo</w:t>
      </w:r>
    </w:p>
    <w:p>
      <w:pPr>
        <w:keepLines/>
      </w:pPr>
      <w:r>
        <w:t>na fornalha.</w:t>
      </w:r>
    </w:p>
    <w:p>
      <w:pPr>
        <w:pStyle w:val="Heading2"/>
      </w:pPr>
      <w:r>
        <w:t>Questão 20</w:t>
      </w:r>
    </w:p>
    <w:p>
      <w:pPr>
        <w:keepLines/>
      </w:pPr>
      <w:r>
        <w:t>Leia o texto para responder à questão.</w:t>
      </w:r>
    </w:p>
    <w:p>
      <w:pPr>
        <w:keepLines/>
      </w:pPr>
      <w:r>
        <w:t>Vini Jr. e o horror racista</w:t>
      </w:r>
    </w:p>
    <w:p>
      <w:pPr>
        <w:keepLines/>
      </w:pPr>
      <w:r>
        <w:t>Depois da partida Valencia 1 x 0 Real Madrid, o técnico do clube madrilenho, Carlo Ancelotti, foi enfático: "Não vou falar sobre futebol agora porque nunca vi um estádio inteiro agredir verbalmente um jogador com gritos de insultos racistas". E acrescentou: "A LaLiga tem um problema, não Vinícius. Nunca vi nada parecido."</w:t>
      </w:r>
    </w:p>
    <w:p>
      <w:pPr>
        <w:keepLines/>
      </w:pPr>
      <w:r>
        <w:t>Ancelotti tem 63 anos e deve ter visto muita coisa no mundo do futebol. Mas nada que se compare a dezenas de milhares gritando em uníssono "Mono, mono, mono" (macaco, em espanhol).</w:t>
      </w:r>
    </w:p>
    <w:p>
      <w:pPr>
        <w:keepLines/>
      </w:pPr>
      <w:r>
        <w:t>Para Vini Jr. deve ter sido um trauma extremo do qual certamente não se recuperará tão cedo.</w:t>
      </w:r>
    </w:p>
    <w:p>
      <w:pPr>
        <w:keepLines/>
      </w:pPr>
      <w:r>
        <w:t>O racismo manifestado publicamente por dezenas de milhares no estádio Mestalla, em Valência, aparentemente se tornou socialmente aceitável na LaLiga. [...]</w:t>
      </w:r>
    </w:p>
    <w:p>
      <w:pPr>
        <w:keepLines/>
      </w:pPr>
      <w:r>
        <w:rPr>
          <w:sz w:val="16"/>
        </w:rPr>
        <w:t>Gerd Wenzel. Vini Jr. e o racismo nosso de cada dia. Disponível em: https://encurtador.com.br/gvBQO. Acesso em: 14 dez. 2023. Fragmento.</w:t>
      </w:r>
    </w:p>
    <w:p>
      <w:pPr>
        <w:keepLines/>
      </w:pPr>
      <w:r>
        <w:t>No texto, o trecho que representa um discurso direto é:</w:t>
      </w:r>
    </w:p>
    <w:p>
      <w:pPr>
        <w:keepLines/>
      </w:pPr>
      <w:r>
        <w:t>(A) "O racismo manifestado publicamente por dezenas de milhares no estádio Mestalla...".</w:t>
      </w:r>
    </w:p>
    <w:p>
      <w:pPr>
        <w:keepLines/>
      </w:pPr>
      <w:r>
        <w:t>(B) "Ancelotti tem 63 anos e deve ter visto muita coisa no mundo do futebol.".</w:t>
      </w:r>
    </w:p>
    <w:p>
      <w:pPr>
        <w:keepLines/>
      </w:pPr>
      <w:r>
        <w:t>(C) "A LaLiga tem um problema, não Vinícius. Nunca vi nada parecido.".</w:t>
      </w:r>
    </w:p>
    <w:p>
      <w:pPr>
        <w:keepLines/>
      </w:pPr>
      <w:r>
        <w:t>(D) "... o técnico do clube madrilenho, Carlo Ancelotti, foi enfático...".</w:t>
      </w:r>
    </w:p>
    <w:sectPr w:rsidR="00FC693F" w:rsidRPr="0006063C" w:rsidSect="00034616">
      <w:footerReference w:type="default" r:id="rId15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6º ano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